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122DB" w:rsidR="00626CB4" w:rsidP="006C5782" w:rsidRDefault="004A3F3C" w14:paraId="015EF843" w14:textId="7C6B2229">
      <w:pPr>
        <w:pStyle w:val="Nagwek1"/>
        <w:spacing w:before="0"/>
        <w:ind w:left="-284"/>
        <w:jc w:val="center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>INSTRUKCJA WYPEŁNIENIA WNIOSKU O REKOMPENSATĘ</w:t>
      </w:r>
    </w:p>
    <w:p w:rsidRPr="005122DB" w:rsidR="00120951" w:rsidP="006C5782" w:rsidRDefault="00F55678" w14:paraId="522C2CB3" w14:textId="303F3074">
      <w:pPr>
        <w:pStyle w:val="Nagwek1"/>
        <w:spacing w:before="0"/>
        <w:ind w:left="-284"/>
        <w:jc w:val="center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DLA </w:t>
      </w:r>
      <w:r w:rsidRPr="005122DB" w:rsidR="004A3F3C">
        <w:rPr>
          <w:rFonts w:ascii="Aptos" w:hAnsi="Aptos" w:cstheme="majorHAnsi"/>
          <w:color w:val="auto"/>
          <w:sz w:val="24"/>
          <w:szCs w:val="24"/>
        </w:rPr>
        <w:t>MFW BAŁTYK 2 / BAŁTYK 3</w:t>
      </w:r>
    </w:p>
    <w:p w:rsidRPr="005122DB" w:rsidR="005122DB" w:rsidP="00AF5EB1" w:rsidRDefault="005122DB" w14:paraId="33B49C02" w14:textId="77777777">
      <w:pPr>
        <w:ind w:left="-284"/>
        <w:jc w:val="both"/>
        <w:rPr>
          <w:rFonts w:ascii="Aptos" w:hAnsi="Aptos" w:cstheme="majorHAnsi"/>
          <w:sz w:val="24"/>
          <w:szCs w:val="24"/>
        </w:rPr>
      </w:pPr>
    </w:p>
    <w:p w:rsidRPr="005122DB" w:rsidR="00120951" w:rsidP="00AF5EB1" w:rsidRDefault="006C5782" w14:paraId="03BBBCA7" w14:textId="7777777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1.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Sprawdź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,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czy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możesz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złożyć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wniosek</w:t>
      </w:r>
      <w:proofErr w:type="spellEnd"/>
    </w:p>
    <w:p w:rsidRPr="005122DB" w:rsidR="00120951" w:rsidP="00AF5EB1" w:rsidRDefault="006C5782" w14:paraId="5440FC2D" w14:textId="60A1C6DB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Czy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p</w:t>
      </w:r>
      <w:r w:rsidRPr="005122DB">
        <w:rPr>
          <w:rFonts w:ascii="Aptos" w:hAnsi="Aptos" w:cstheme="majorHAnsi"/>
          <w:sz w:val="24"/>
          <w:szCs w:val="24"/>
        </w:rPr>
        <w:t>rowadziłe</w:t>
      </w:r>
      <w:r w:rsidRPr="005122DB" w:rsidR="00F55678">
        <w:rPr>
          <w:rFonts w:ascii="Aptos" w:hAnsi="Aptos" w:cstheme="majorHAnsi"/>
          <w:sz w:val="24"/>
          <w:szCs w:val="24"/>
        </w:rPr>
        <w:t>ś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połowy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w </w:t>
      </w:r>
      <w:proofErr w:type="spellStart"/>
      <w:r w:rsidRPr="005122DB">
        <w:rPr>
          <w:rFonts w:ascii="Aptos" w:hAnsi="Aptos" w:cstheme="majorHAnsi"/>
          <w:sz w:val="24"/>
          <w:szCs w:val="24"/>
        </w:rPr>
        <w:t>latach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2018–2024 w </w:t>
      </w:r>
      <w:proofErr w:type="spellStart"/>
      <w:r w:rsidRPr="005122DB">
        <w:rPr>
          <w:rFonts w:ascii="Aptos" w:hAnsi="Aptos" w:cstheme="majorHAnsi"/>
          <w:sz w:val="24"/>
          <w:szCs w:val="24"/>
        </w:rPr>
        <w:t>kwadratach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L5, L6, L7, L8 (</w:t>
      </w:r>
      <w:r w:rsidRPr="005122DB" w:rsidR="00D06356">
        <w:rPr>
          <w:rFonts w:ascii="Aptos" w:hAnsi="Aptos" w:cstheme="majorHAnsi"/>
          <w:sz w:val="24"/>
          <w:szCs w:val="24"/>
        </w:rPr>
        <w:t xml:space="preserve">MFW </w:t>
      </w:r>
      <w:proofErr w:type="spellStart"/>
      <w:r w:rsidRPr="005122DB">
        <w:rPr>
          <w:rFonts w:ascii="Aptos" w:hAnsi="Aptos" w:cstheme="majorHAnsi"/>
          <w:sz w:val="24"/>
          <w:szCs w:val="24"/>
        </w:rPr>
        <w:t>Bałtyk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2)</w:t>
      </w:r>
    </w:p>
    <w:p w:rsidRPr="00AF5EB1" w:rsidR="00120951" w:rsidP="00AF5EB1" w:rsidRDefault="006C5782" w14:paraId="5C173C50" w14:textId="7AE99E02">
      <w:pPr>
        <w:spacing w:after="0" w:line="360" w:lineRule="auto"/>
        <w:ind w:left="-284"/>
        <w:jc w:val="both"/>
        <w:rPr>
          <w:rFonts w:ascii="Aptos" w:hAnsi="Aptos" w:cstheme="majorHAnsi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AF5EB1" w:rsidR="00F55678">
        <w:rPr>
          <w:rFonts w:ascii="Aptos" w:hAnsi="Aptos" w:cstheme="majorHAnsi"/>
          <w:sz w:val="23"/>
          <w:szCs w:val="23"/>
        </w:rPr>
        <w:t>Czy</w:t>
      </w:r>
      <w:proofErr w:type="spellEnd"/>
      <w:r w:rsidRPr="00AF5EB1" w:rsidR="00F55678">
        <w:rPr>
          <w:rFonts w:ascii="Aptos" w:hAnsi="Aptos" w:cstheme="majorHAnsi"/>
          <w:sz w:val="23"/>
          <w:szCs w:val="23"/>
        </w:rPr>
        <w:t xml:space="preserve"> </w:t>
      </w:r>
      <w:proofErr w:type="spellStart"/>
      <w:r w:rsidRPr="00AF5EB1" w:rsidR="00F55678">
        <w:rPr>
          <w:rFonts w:ascii="Aptos" w:hAnsi="Aptos" w:cstheme="majorHAnsi"/>
          <w:sz w:val="23"/>
          <w:szCs w:val="23"/>
        </w:rPr>
        <w:t>p</w:t>
      </w:r>
      <w:r w:rsidRPr="00AF5EB1">
        <w:rPr>
          <w:rFonts w:ascii="Aptos" w:hAnsi="Aptos" w:cstheme="majorHAnsi"/>
          <w:sz w:val="23"/>
          <w:szCs w:val="23"/>
        </w:rPr>
        <w:t>rowadziłe</w:t>
      </w:r>
      <w:r w:rsidRPr="00AF5EB1" w:rsidR="00F55678">
        <w:rPr>
          <w:rFonts w:ascii="Aptos" w:hAnsi="Aptos" w:cstheme="majorHAnsi"/>
          <w:sz w:val="23"/>
          <w:szCs w:val="23"/>
        </w:rPr>
        <w:t>ś</w:t>
      </w:r>
      <w:proofErr w:type="spellEnd"/>
      <w:r w:rsidRPr="00AF5EB1">
        <w:rPr>
          <w:rFonts w:ascii="Aptos" w:hAnsi="Aptos" w:cstheme="majorHAnsi"/>
          <w:sz w:val="23"/>
          <w:szCs w:val="23"/>
        </w:rPr>
        <w:t xml:space="preserve"> </w:t>
      </w:r>
      <w:proofErr w:type="spellStart"/>
      <w:r w:rsidRPr="00AF5EB1">
        <w:rPr>
          <w:rFonts w:ascii="Aptos" w:hAnsi="Aptos" w:cstheme="majorHAnsi"/>
          <w:sz w:val="23"/>
          <w:szCs w:val="23"/>
        </w:rPr>
        <w:t>połowy</w:t>
      </w:r>
      <w:proofErr w:type="spellEnd"/>
      <w:r w:rsidRPr="00AF5EB1">
        <w:rPr>
          <w:rFonts w:ascii="Aptos" w:hAnsi="Aptos" w:cstheme="majorHAnsi"/>
          <w:sz w:val="23"/>
          <w:szCs w:val="23"/>
        </w:rPr>
        <w:t xml:space="preserve"> w </w:t>
      </w:r>
      <w:proofErr w:type="spellStart"/>
      <w:r w:rsidRPr="00AF5EB1">
        <w:rPr>
          <w:rFonts w:ascii="Aptos" w:hAnsi="Aptos" w:cstheme="majorHAnsi"/>
          <w:sz w:val="23"/>
          <w:szCs w:val="23"/>
        </w:rPr>
        <w:t>latach</w:t>
      </w:r>
      <w:proofErr w:type="spellEnd"/>
      <w:r w:rsidRPr="00AF5EB1">
        <w:rPr>
          <w:rFonts w:ascii="Aptos" w:hAnsi="Aptos" w:cstheme="majorHAnsi"/>
          <w:sz w:val="23"/>
          <w:szCs w:val="23"/>
        </w:rPr>
        <w:t xml:space="preserve"> 2018–2024 w </w:t>
      </w:r>
      <w:proofErr w:type="spellStart"/>
      <w:r w:rsidRPr="00AF5EB1">
        <w:rPr>
          <w:rFonts w:ascii="Aptos" w:hAnsi="Aptos" w:cstheme="majorHAnsi"/>
          <w:sz w:val="23"/>
          <w:szCs w:val="23"/>
        </w:rPr>
        <w:t>kwadratach</w:t>
      </w:r>
      <w:proofErr w:type="spellEnd"/>
      <w:r w:rsidRPr="00AF5EB1">
        <w:rPr>
          <w:rFonts w:ascii="Aptos" w:hAnsi="Aptos" w:cstheme="majorHAnsi"/>
          <w:sz w:val="23"/>
          <w:szCs w:val="23"/>
        </w:rPr>
        <w:t xml:space="preserve"> L5, L6, L7, M7, M8, N7, N8 (</w:t>
      </w:r>
      <w:r w:rsidRPr="00AF5EB1" w:rsidR="00D06356">
        <w:rPr>
          <w:rFonts w:ascii="Aptos" w:hAnsi="Aptos" w:cstheme="majorHAnsi"/>
          <w:sz w:val="23"/>
          <w:szCs w:val="23"/>
        </w:rPr>
        <w:t xml:space="preserve">MFW </w:t>
      </w:r>
      <w:proofErr w:type="spellStart"/>
      <w:r w:rsidRPr="00AF5EB1">
        <w:rPr>
          <w:rFonts w:ascii="Aptos" w:hAnsi="Aptos" w:cstheme="majorHAnsi"/>
          <w:sz w:val="23"/>
          <w:szCs w:val="23"/>
        </w:rPr>
        <w:t>Bałtyk</w:t>
      </w:r>
      <w:proofErr w:type="spellEnd"/>
      <w:r w:rsidRPr="00AF5EB1">
        <w:rPr>
          <w:rFonts w:ascii="Aptos" w:hAnsi="Aptos" w:cstheme="majorHAnsi"/>
          <w:sz w:val="23"/>
          <w:szCs w:val="23"/>
        </w:rPr>
        <w:t xml:space="preserve"> 3)</w:t>
      </w:r>
    </w:p>
    <w:p w:rsidRPr="00AF5EB1" w:rsidR="00120951" w:rsidP="00AF5EB1" w:rsidRDefault="006C5782" w14:paraId="0271AD78" w14:textId="5C725826">
      <w:pPr>
        <w:spacing w:after="0" w:line="360" w:lineRule="auto"/>
        <w:ind w:left="-284"/>
        <w:jc w:val="both"/>
        <w:rPr>
          <w:rFonts w:ascii="Aptos" w:hAnsi="Aptos" w:cstheme="majorHAnsi"/>
          <w:sz w:val="20"/>
          <w:szCs w:val="20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Czy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jesteś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armatorem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statku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zarejestrowanego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i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stacjonującego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w: </w:t>
      </w:r>
      <w:proofErr w:type="spellStart"/>
      <w:r w:rsidRPr="00AF5EB1">
        <w:rPr>
          <w:rFonts w:ascii="Aptos" w:hAnsi="Aptos" w:cstheme="majorHAnsi"/>
          <w:sz w:val="20"/>
          <w:szCs w:val="20"/>
        </w:rPr>
        <w:t>Jarosław</w:t>
      </w:r>
      <w:r w:rsidRPr="00AF5EB1" w:rsidR="00D06356">
        <w:rPr>
          <w:rFonts w:ascii="Aptos" w:hAnsi="Aptos" w:cstheme="majorHAnsi"/>
          <w:sz w:val="20"/>
          <w:szCs w:val="20"/>
        </w:rPr>
        <w:t>cu</w:t>
      </w:r>
      <w:proofErr w:type="spellEnd"/>
      <w:r w:rsidRPr="00AF5EB1">
        <w:rPr>
          <w:rFonts w:ascii="Aptos" w:hAnsi="Aptos" w:cstheme="majorHAnsi"/>
          <w:sz w:val="20"/>
          <w:szCs w:val="20"/>
        </w:rPr>
        <w:t xml:space="preserve"> / </w:t>
      </w:r>
      <w:proofErr w:type="spellStart"/>
      <w:r w:rsidRPr="00AF5EB1">
        <w:rPr>
          <w:rFonts w:ascii="Aptos" w:hAnsi="Aptos" w:cstheme="majorHAnsi"/>
          <w:sz w:val="20"/>
          <w:szCs w:val="20"/>
        </w:rPr>
        <w:t>Ust</w:t>
      </w:r>
      <w:r w:rsidRPr="00AF5EB1" w:rsidR="00D06356">
        <w:rPr>
          <w:rFonts w:ascii="Aptos" w:hAnsi="Aptos" w:cstheme="majorHAnsi"/>
          <w:sz w:val="20"/>
          <w:szCs w:val="20"/>
        </w:rPr>
        <w:t>ce</w:t>
      </w:r>
      <w:proofErr w:type="spellEnd"/>
      <w:r w:rsidRPr="00AF5EB1">
        <w:rPr>
          <w:rFonts w:ascii="Aptos" w:hAnsi="Aptos" w:cstheme="majorHAnsi"/>
          <w:sz w:val="20"/>
          <w:szCs w:val="20"/>
        </w:rPr>
        <w:t xml:space="preserve"> / </w:t>
      </w:r>
      <w:proofErr w:type="spellStart"/>
      <w:r w:rsidRPr="00AF5EB1">
        <w:rPr>
          <w:rFonts w:ascii="Aptos" w:hAnsi="Aptos" w:cstheme="majorHAnsi"/>
          <w:sz w:val="20"/>
          <w:szCs w:val="20"/>
        </w:rPr>
        <w:t>Row</w:t>
      </w:r>
      <w:r w:rsidRPr="00AF5EB1" w:rsidR="00D06356">
        <w:rPr>
          <w:rFonts w:ascii="Aptos" w:hAnsi="Aptos" w:cstheme="majorHAnsi"/>
          <w:sz w:val="20"/>
          <w:szCs w:val="20"/>
        </w:rPr>
        <w:t>ach</w:t>
      </w:r>
      <w:proofErr w:type="spellEnd"/>
      <w:r w:rsidRPr="00AF5EB1">
        <w:rPr>
          <w:rFonts w:ascii="Aptos" w:hAnsi="Aptos" w:cstheme="majorHAnsi"/>
          <w:sz w:val="20"/>
          <w:szCs w:val="20"/>
        </w:rPr>
        <w:t xml:space="preserve"> / </w:t>
      </w:r>
      <w:proofErr w:type="spellStart"/>
      <w:r w:rsidRPr="00AF5EB1">
        <w:rPr>
          <w:rFonts w:ascii="Aptos" w:hAnsi="Aptos" w:cstheme="majorHAnsi"/>
          <w:sz w:val="20"/>
          <w:szCs w:val="20"/>
        </w:rPr>
        <w:t>Łeb</w:t>
      </w:r>
      <w:r w:rsidRPr="00AF5EB1" w:rsidR="00D06356">
        <w:rPr>
          <w:rFonts w:ascii="Aptos" w:hAnsi="Aptos" w:cstheme="majorHAnsi"/>
          <w:sz w:val="20"/>
          <w:szCs w:val="20"/>
        </w:rPr>
        <w:t>ie</w:t>
      </w:r>
      <w:proofErr w:type="spellEnd"/>
    </w:p>
    <w:p w:rsidRPr="00F01E83" w:rsidR="00120951" w:rsidP="00AF5EB1" w:rsidRDefault="006C5782" w14:paraId="5E18975A" w14:textId="68299F9C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  <w:lang w:val="pl-PL"/>
        </w:rPr>
      </w:pPr>
      <w:r w:rsidRPr="00F01E83">
        <w:rPr>
          <w:rFonts w:ascii="Aptos" w:hAnsi="Aptos" w:cs="Segoe UI Symbol"/>
          <w:sz w:val="24"/>
          <w:szCs w:val="24"/>
          <w:lang w:val="pl-PL"/>
        </w:rPr>
        <w:t>☐</w:t>
      </w:r>
      <w:r w:rsidRPr="00F01E83">
        <w:rPr>
          <w:rFonts w:ascii="Aptos" w:hAnsi="Aptos" w:cstheme="majorHAnsi"/>
          <w:sz w:val="24"/>
          <w:szCs w:val="24"/>
          <w:lang w:val="pl-PL"/>
        </w:rPr>
        <w:t xml:space="preserve"> </w:t>
      </w:r>
      <w:r w:rsidRPr="00F01E83" w:rsidR="00F55678">
        <w:rPr>
          <w:rFonts w:ascii="Aptos" w:hAnsi="Aptos" w:cstheme="majorHAnsi"/>
          <w:sz w:val="24"/>
          <w:szCs w:val="24"/>
          <w:lang w:val="pl-PL"/>
        </w:rPr>
        <w:t>Czy p</w:t>
      </w:r>
      <w:r w:rsidRPr="00F01E83">
        <w:rPr>
          <w:rFonts w:ascii="Aptos" w:hAnsi="Aptos" w:cstheme="majorHAnsi"/>
          <w:sz w:val="24"/>
          <w:szCs w:val="24"/>
          <w:lang w:val="pl-PL"/>
        </w:rPr>
        <w:t>osiada</w:t>
      </w:r>
      <w:r w:rsidRPr="00F01E83" w:rsidR="00F55678">
        <w:rPr>
          <w:rFonts w:ascii="Aptos" w:hAnsi="Aptos" w:cstheme="majorHAnsi"/>
          <w:sz w:val="24"/>
          <w:szCs w:val="24"/>
          <w:lang w:val="pl-PL"/>
        </w:rPr>
        <w:t>sz</w:t>
      </w:r>
      <w:r w:rsidRPr="00F01E83">
        <w:rPr>
          <w:rFonts w:ascii="Aptos" w:hAnsi="Aptos" w:cstheme="majorHAnsi"/>
          <w:sz w:val="24"/>
          <w:szCs w:val="24"/>
          <w:lang w:val="pl-PL"/>
        </w:rPr>
        <w:t xml:space="preserve"> ważne specjalne zezwolenie połowowe</w:t>
      </w:r>
      <w:r w:rsidRPr="00F01E83" w:rsidR="00D06356">
        <w:rPr>
          <w:rFonts w:ascii="Aptos" w:hAnsi="Aptos" w:cstheme="majorHAnsi"/>
          <w:sz w:val="24"/>
          <w:szCs w:val="24"/>
          <w:lang w:val="pl-PL"/>
        </w:rPr>
        <w:t xml:space="preserve"> na </w:t>
      </w:r>
      <w:r w:rsidRPr="00F01E83" w:rsidR="00B433B2">
        <w:rPr>
          <w:rFonts w:ascii="Aptos" w:hAnsi="Aptos" w:cstheme="majorHAnsi"/>
          <w:sz w:val="24"/>
          <w:szCs w:val="24"/>
          <w:lang w:val="pl-PL"/>
        </w:rPr>
        <w:t>202</w:t>
      </w:r>
      <w:r w:rsidRPr="00F01E83" w:rsidR="00F01E83">
        <w:rPr>
          <w:rFonts w:ascii="Aptos" w:hAnsi="Aptos" w:cstheme="majorHAnsi"/>
          <w:sz w:val="24"/>
          <w:szCs w:val="24"/>
          <w:lang w:val="pl-PL"/>
        </w:rPr>
        <w:t>6</w:t>
      </w:r>
      <w:r w:rsidRPr="00F01E83" w:rsidR="00B433B2">
        <w:rPr>
          <w:rFonts w:ascii="Aptos" w:hAnsi="Aptos" w:cstheme="majorHAnsi"/>
          <w:sz w:val="24"/>
          <w:szCs w:val="24"/>
          <w:lang w:val="pl-PL"/>
        </w:rPr>
        <w:t xml:space="preserve"> r.</w:t>
      </w:r>
    </w:p>
    <w:p w:rsidRPr="005122DB" w:rsidR="00F55678" w:rsidP="00AF5EB1" w:rsidRDefault="006C5782" w14:paraId="38EC3AED" w14:textId="72F90C91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2.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Wypełnij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dane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r w:rsidR="005122DB">
        <w:rPr>
          <w:rFonts w:ascii="Aptos" w:hAnsi="Aptos" w:cstheme="majorHAnsi"/>
          <w:color w:val="auto"/>
          <w:sz w:val="24"/>
          <w:szCs w:val="24"/>
        </w:rPr>
        <w:t xml:space="preserve">o </w:t>
      </w:r>
      <w:proofErr w:type="spellStart"/>
      <w:r w:rsidR="00F94D77">
        <w:rPr>
          <w:rFonts w:ascii="Aptos" w:hAnsi="Aptos" w:cstheme="majorHAnsi"/>
          <w:color w:val="auto"/>
          <w:sz w:val="24"/>
          <w:szCs w:val="24"/>
        </w:rPr>
        <w:t>armatorze</w:t>
      </w:r>
      <w:proofErr w:type="spellEnd"/>
      <w:r w:rsidR="00F94D77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="00F94D77">
        <w:rPr>
          <w:rFonts w:ascii="Aptos" w:hAnsi="Aptos" w:cstheme="majorHAnsi"/>
          <w:color w:val="auto"/>
          <w:sz w:val="24"/>
          <w:szCs w:val="24"/>
        </w:rPr>
        <w:t>statku</w:t>
      </w:r>
      <w:proofErr w:type="spellEnd"/>
    </w:p>
    <w:p w:rsidRPr="005122DB" w:rsidR="00F55678" w:rsidP="00AF5EB1" w:rsidRDefault="006C5782" w14:paraId="53623A36" w14:textId="30719848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color w:val="auto"/>
          <w:sz w:val="24"/>
          <w:szCs w:val="24"/>
        </w:rPr>
      </w:pPr>
      <w:r w:rsidRPr="005122DB">
        <w:rPr>
          <w:rFonts w:ascii="Aptos" w:hAnsi="Aptos" w:cs="Segoe UI Symbol"/>
          <w:b w:val="0"/>
          <w:color w:val="auto"/>
          <w:sz w:val="24"/>
          <w:szCs w:val="24"/>
        </w:rPr>
        <w:t>☐</w:t>
      </w:r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r w:rsidRPr="005122DB" w:rsid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Podaj swoje imię i nazwisko, numer PESEL, NIP, nazwę firmy, adres działalności, dane kontaktowe</w:t>
      </w:r>
    </w:p>
    <w:p w:rsidRPr="005122DB" w:rsidR="00120951" w:rsidP="00AF5EB1" w:rsidRDefault="006C5782" w14:paraId="550BB653" w14:textId="490B65F9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Zaznacz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p</w:t>
      </w:r>
      <w:r w:rsidRPr="005122DB">
        <w:rPr>
          <w:rFonts w:ascii="Aptos" w:hAnsi="Aptos" w:cstheme="majorHAnsi"/>
          <w:sz w:val="24"/>
          <w:szCs w:val="24"/>
        </w:rPr>
        <w:t>referowan</w:t>
      </w:r>
      <w:r w:rsidRPr="005122DB" w:rsidR="00F55678">
        <w:rPr>
          <w:rFonts w:ascii="Aptos" w:hAnsi="Aptos" w:cstheme="majorHAnsi"/>
          <w:sz w:val="24"/>
          <w:szCs w:val="24"/>
        </w:rPr>
        <w:t>ą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form</w:t>
      </w:r>
      <w:r w:rsidRPr="005122DB" w:rsidR="00F55678">
        <w:rPr>
          <w:rFonts w:ascii="Aptos" w:hAnsi="Aptos" w:cstheme="majorHAnsi"/>
          <w:sz w:val="24"/>
          <w:szCs w:val="24"/>
        </w:rPr>
        <w:t>ę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kontaktu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: </w:t>
      </w:r>
      <w:proofErr w:type="spellStart"/>
      <w:r w:rsidRPr="005122DB">
        <w:rPr>
          <w:rFonts w:ascii="Aptos" w:hAnsi="Aptos" w:cstheme="majorHAnsi"/>
          <w:sz w:val="24"/>
          <w:szCs w:val="24"/>
        </w:rPr>
        <w:t>telefon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/ e-mail</w:t>
      </w:r>
    </w:p>
    <w:p w:rsidRPr="005122DB" w:rsidR="00F55678" w:rsidP="00AF5EB1" w:rsidRDefault="006C5782" w14:paraId="4E129525" w14:textId="508DDEA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3. </w:t>
      </w:r>
      <w:proofErr w:type="spellStart"/>
      <w:r w:rsidR="005122DB">
        <w:rPr>
          <w:rFonts w:ascii="Aptos" w:hAnsi="Aptos" w:cstheme="majorHAnsi"/>
          <w:color w:val="auto"/>
          <w:sz w:val="24"/>
          <w:szCs w:val="24"/>
        </w:rPr>
        <w:t>Wypełnij</w:t>
      </w:r>
      <w:proofErr w:type="spellEnd"/>
      <w:r w:rsid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="005122DB">
        <w:rPr>
          <w:rFonts w:ascii="Aptos" w:hAnsi="Aptos" w:cstheme="majorHAnsi"/>
          <w:color w:val="auto"/>
          <w:sz w:val="24"/>
          <w:szCs w:val="24"/>
        </w:rPr>
        <w:t>d</w:t>
      </w:r>
      <w:r w:rsidRPr="005122DB">
        <w:rPr>
          <w:rFonts w:ascii="Aptos" w:hAnsi="Aptos" w:cstheme="majorHAnsi"/>
          <w:color w:val="auto"/>
          <w:sz w:val="24"/>
          <w:szCs w:val="24"/>
        </w:rPr>
        <w:t>ane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r w:rsidR="005122DB">
        <w:rPr>
          <w:rFonts w:ascii="Aptos" w:hAnsi="Aptos" w:cstheme="majorHAnsi"/>
          <w:color w:val="auto"/>
          <w:sz w:val="24"/>
          <w:szCs w:val="24"/>
        </w:rPr>
        <w:t xml:space="preserve">o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statku</w:t>
      </w:r>
      <w:proofErr w:type="spellEnd"/>
    </w:p>
    <w:p w:rsidRPr="004C6B20" w:rsidR="00F55678" w:rsidP="00AF5EB1" w:rsidRDefault="006C5782" w14:paraId="278EFE1B" w14:textId="77F173A6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color w:val="auto"/>
          <w:sz w:val="24"/>
          <w:szCs w:val="24"/>
          <w:lang w:val="pl-PL"/>
        </w:rPr>
      </w:pPr>
      <w:r w:rsidRPr="004C6B20">
        <w:rPr>
          <w:rFonts w:ascii="Aptos" w:hAnsi="Aptos" w:cs="Segoe UI Symbol"/>
          <w:b w:val="0"/>
          <w:color w:val="auto"/>
          <w:sz w:val="24"/>
          <w:szCs w:val="24"/>
          <w:lang w:val="pl-PL"/>
        </w:rPr>
        <w:t>☐</w:t>
      </w:r>
      <w:r w:rsidRPr="004C6B20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 xml:space="preserve"> </w:t>
      </w:r>
      <w:r w:rsidRPr="005122DB" w:rsid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Podaj oznakę rybacką, numer CFR, numer MMSI/IRCS (jeśli dotyczy).</w:t>
      </w:r>
    </w:p>
    <w:p w:rsidRPr="005122DB" w:rsidR="00120951" w:rsidP="00AF5EB1" w:rsidRDefault="006C5782" w14:paraId="20271554" w14:textId="33B72A73">
      <w:pPr>
        <w:spacing w:after="0" w:line="360" w:lineRule="auto"/>
        <w:ind w:left="-284"/>
        <w:jc w:val="both"/>
        <w:rPr>
          <w:rFonts w:ascii="Aptos" w:hAnsi="Aptos" w:cstheme="majorHAnsi"/>
          <w:b/>
          <w:sz w:val="24"/>
          <w:szCs w:val="24"/>
        </w:rPr>
      </w:pPr>
      <w:r w:rsidRPr="005122DB">
        <w:rPr>
          <w:rFonts w:ascii="Aptos" w:hAnsi="Aptos" w:cstheme="majorHAnsi"/>
          <w:b/>
          <w:sz w:val="24"/>
          <w:szCs w:val="24"/>
        </w:rPr>
        <w:t xml:space="preserve">Krok 4. </w:t>
      </w:r>
      <w:proofErr w:type="spellStart"/>
      <w:r w:rsidRPr="005122DB">
        <w:rPr>
          <w:rFonts w:ascii="Aptos" w:hAnsi="Aptos" w:cstheme="majorHAnsi"/>
          <w:b/>
          <w:sz w:val="24"/>
          <w:szCs w:val="24"/>
        </w:rPr>
        <w:t>Załączniki</w:t>
      </w:r>
      <w:proofErr w:type="spellEnd"/>
      <w:r w:rsidRPr="005122DB">
        <w:rPr>
          <w:rFonts w:ascii="Aptos" w:hAnsi="Aptos" w:cstheme="majorHAnsi"/>
          <w:b/>
          <w:sz w:val="24"/>
          <w:szCs w:val="24"/>
        </w:rPr>
        <w:t xml:space="preserve"> </w:t>
      </w:r>
      <w:r w:rsidRPr="0084559E">
        <w:rPr>
          <w:rFonts w:ascii="Aptos" w:hAnsi="Aptos" w:cstheme="majorHAnsi"/>
          <w:sz w:val="24"/>
          <w:szCs w:val="24"/>
        </w:rPr>
        <w:t>(</w:t>
      </w:r>
      <w:proofErr w:type="spellStart"/>
      <w:r w:rsidRPr="0084559E">
        <w:rPr>
          <w:rFonts w:ascii="Aptos" w:hAnsi="Aptos" w:cstheme="majorHAnsi"/>
          <w:sz w:val="24"/>
          <w:szCs w:val="24"/>
        </w:rPr>
        <w:t>zaznacz</w:t>
      </w:r>
      <w:proofErr w:type="spellEnd"/>
      <w:r w:rsidRPr="0084559E">
        <w:rPr>
          <w:rFonts w:ascii="Aptos" w:hAnsi="Aptos" w:cstheme="majorHAnsi"/>
          <w:sz w:val="24"/>
          <w:szCs w:val="24"/>
        </w:rPr>
        <w:t xml:space="preserve"> X we </w:t>
      </w:r>
      <w:proofErr w:type="spellStart"/>
      <w:r w:rsidRPr="0084559E">
        <w:rPr>
          <w:rFonts w:ascii="Aptos" w:hAnsi="Aptos" w:cstheme="majorHAnsi"/>
          <w:sz w:val="24"/>
          <w:szCs w:val="24"/>
        </w:rPr>
        <w:t>wniosku</w:t>
      </w:r>
      <w:proofErr w:type="spellEnd"/>
      <w:r w:rsidRPr="0084559E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84559E">
        <w:rPr>
          <w:rFonts w:ascii="Aptos" w:hAnsi="Aptos" w:cstheme="majorHAnsi"/>
          <w:sz w:val="24"/>
          <w:szCs w:val="24"/>
        </w:rPr>
        <w:t>i</w:t>
      </w:r>
      <w:proofErr w:type="spellEnd"/>
      <w:r w:rsidRPr="0084559E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84559E">
        <w:rPr>
          <w:rFonts w:ascii="Aptos" w:hAnsi="Aptos" w:cstheme="majorHAnsi"/>
          <w:sz w:val="24"/>
          <w:szCs w:val="24"/>
        </w:rPr>
        <w:t>dołącz</w:t>
      </w:r>
      <w:proofErr w:type="spellEnd"/>
      <w:r w:rsidRPr="0084559E">
        <w:rPr>
          <w:rFonts w:ascii="Aptos" w:hAnsi="Aptos" w:cstheme="majorHAnsi"/>
          <w:sz w:val="24"/>
          <w:szCs w:val="24"/>
        </w:rPr>
        <w:t>)</w:t>
      </w:r>
    </w:p>
    <w:p w:rsidRPr="003C3639" w:rsidR="00D06356" w:rsidP="003C3639" w:rsidRDefault="006C5782" w14:paraId="46FB44B5" w14:textId="4B964AA9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  <w:lang w:val="pl-PL"/>
        </w:rPr>
      </w:pPr>
      <w:r w:rsidRPr="004C6B20">
        <w:rPr>
          <w:rFonts w:ascii="Aptos" w:hAnsi="Aptos" w:cs="Segoe UI Symbol"/>
          <w:sz w:val="24"/>
          <w:szCs w:val="24"/>
          <w:lang w:val="pl-PL"/>
        </w:rPr>
        <w:t>☐</w:t>
      </w:r>
      <w:r w:rsidRPr="004C6B20">
        <w:rPr>
          <w:rFonts w:ascii="Aptos" w:hAnsi="Aptos" w:cstheme="majorHAnsi"/>
          <w:sz w:val="24"/>
          <w:szCs w:val="24"/>
          <w:lang w:val="pl-PL"/>
        </w:rPr>
        <w:t xml:space="preserve"> </w:t>
      </w:r>
      <w:r w:rsidRPr="004C6B20" w:rsidR="00F55678">
        <w:rPr>
          <w:rFonts w:ascii="Aptos" w:hAnsi="Aptos" w:cstheme="majorHAnsi"/>
          <w:sz w:val="24"/>
          <w:szCs w:val="24"/>
          <w:lang w:val="pl-PL"/>
        </w:rPr>
        <w:t xml:space="preserve">Dołącz kopię </w:t>
      </w:r>
      <w:r w:rsidRPr="004C6B20">
        <w:rPr>
          <w:rFonts w:ascii="Aptos" w:hAnsi="Aptos" w:cstheme="majorHAnsi"/>
          <w:sz w:val="24"/>
          <w:szCs w:val="24"/>
          <w:lang w:val="pl-PL"/>
        </w:rPr>
        <w:t>ważnego specjalnego zezwolenia połowowego</w:t>
      </w:r>
      <w:r w:rsidRPr="004C6B20" w:rsidR="00626CB4">
        <w:rPr>
          <w:rFonts w:ascii="Aptos" w:hAnsi="Aptos" w:cstheme="majorHAnsi"/>
          <w:sz w:val="24"/>
          <w:szCs w:val="24"/>
          <w:lang w:val="pl-PL"/>
        </w:rPr>
        <w:t xml:space="preserve"> </w:t>
      </w:r>
      <w:r w:rsidRPr="004C6B20" w:rsidR="00D06356">
        <w:rPr>
          <w:rFonts w:ascii="Aptos" w:hAnsi="Aptos" w:cstheme="majorHAnsi"/>
          <w:sz w:val="24"/>
          <w:szCs w:val="24"/>
          <w:lang w:val="pl-PL"/>
        </w:rPr>
        <w:t xml:space="preserve">za </w:t>
      </w:r>
      <w:r w:rsidRPr="004C6B20" w:rsidR="00626CB4">
        <w:rPr>
          <w:rFonts w:ascii="Aptos" w:hAnsi="Aptos" w:cstheme="majorHAnsi"/>
          <w:sz w:val="24"/>
          <w:szCs w:val="24"/>
          <w:lang w:val="pl-PL"/>
        </w:rPr>
        <w:t>202</w:t>
      </w:r>
      <w:r w:rsidRPr="004C6B20" w:rsidR="004C6B20">
        <w:rPr>
          <w:rFonts w:ascii="Aptos" w:hAnsi="Aptos" w:cstheme="majorHAnsi"/>
          <w:sz w:val="24"/>
          <w:szCs w:val="24"/>
          <w:lang w:val="pl-PL"/>
        </w:rPr>
        <w:t>6</w:t>
      </w:r>
      <w:r w:rsidRPr="004C6B20" w:rsidR="00626CB4">
        <w:rPr>
          <w:rFonts w:ascii="Aptos" w:hAnsi="Aptos" w:cstheme="majorHAnsi"/>
          <w:sz w:val="24"/>
          <w:szCs w:val="24"/>
          <w:lang w:val="pl-PL"/>
        </w:rPr>
        <w:t xml:space="preserve"> r.</w:t>
      </w:r>
    </w:p>
    <w:p w:rsidRPr="003C3639" w:rsidR="00120951" w:rsidP="2CA07ADA" w:rsidRDefault="006C5782" w14:paraId="7AB069B0" w14:textId="3DED3FB6">
      <w:pPr>
        <w:spacing w:after="0" w:line="360" w:lineRule="auto"/>
        <w:ind w:left="-284"/>
        <w:jc w:val="both"/>
        <w:rPr>
          <w:rFonts w:ascii="Aptos" w:hAnsi="Aptos" w:cs="Calibri" w:cstheme="majorAscii"/>
          <w:sz w:val="24"/>
          <w:szCs w:val="24"/>
          <w:lang w:val="pl-PL"/>
        </w:rPr>
      </w:pPr>
      <w:r w:rsidRPr="2CA07ADA" w:rsidR="006C5782">
        <w:rPr>
          <w:rFonts w:ascii="Aptos" w:hAnsi="Aptos" w:cs="Segoe UI Symbol"/>
          <w:sz w:val="24"/>
          <w:szCs w:val="24"/>
          <w:lang w:val="pl-PL"/>
        </w:rPr>
        <w:t>☐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 xml:space="preserve"> </w:t>
      </w:r>
      <w:r w:rsidRPr="2CA07ADA" w:rsidR="00F55678">
        <w:rPr>
          <w:rFonts w:ascii="Aptos" w:hAnsi="Aptos" w:cs="Calibri" w:cstheme="majorAscii"/>
          <w:sz w:val="24"/>
          <w:szCs w:val="24"/>
          <w:lang w:val="pl-PL"/>
        </w:rPr>
        <w:t xml:space="preserve">Dołącz 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>dokument rejestracyjn</w:t>
      </w:r>
      <w:r w:rsidRPr="2CA07ADA" w:rsidR="00F55678">
        <w:rPr>
          <w:rFonts w:ascii="Aptos" w:hAnsi="Aptos" w:cs="Calibri" w:cstheme="majorAscii"/>
          <w:sz w:val="24"/>
          <w:szCs w:val="24"/>
          <w:lang w:val="pl-PL"/>
        </w:rPr>
        <w:t>y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 xml:space="preserve"> statku (</w:t>
      </w:r>
      <w:r w:rsidRPr="2CA07ADA" w:rsidR="004A3F3C">
        <w:rPr>
          <w:rFonts w:ascii="Aptos" w:hAnsi="Aptos" w:cs="Calibri" w:cstheme="majorAscii"/>
          <w:sz w:val="24"/>
          <w:szCs w:val="24"/>
          <w:lang w:val="pl-PL"/>
        </w:rPr>
        <w:t xml:space="preserve">karta bezpieczeństwa / 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>certyfikat okrętowy / postanowienie izby morskiej)</w:t>
      </w:r>
      <w:r w:rsidRPr="2CA07ADA" w:rsidR="003C3639">
        <w:rPr>
          <w:rFonts w:ascii="Aptos" w:hAnsi="Aptos" w:cs="Calibri" w:cstheme="majorAscii"/>
          <w:sz w:val="24"/>
          <w:szCs w:val="24"/>
          <w:lang w:val="pl-PL"/>
        </w:rPr>
        <w:t xml:space="preserve"> </w:t>
      </w:r>
      <w:r w:rsidRPr="2CA07ADA" w:rsidR="009F7BB7">
        <w:rPr>
          <w:rFonts w:ascii="Aptos" w:hAnsi="Aptos" w:cs="Calibri" w:cstheme="majorAscii"/>
          <w:sz w:val="24"/>
          <w:szCs w:val="24"/>
          <w:lang w:val="pl-PL"/>
        </w:rPr>
        <w:t xml:space="preserve">- </w:t>
      </w:r>
      <w:r w:rsidRPr="2CA07ADA" w:rsidR="009F7BB7">
        <w:rPr>
          <w:rFonts w:cs="Calibri" w:cstheme="majorAscii"/>
          <w:sz w:val="18"/>
          <w:szCs w:val="18"/>
          <w:lang w:val="pl-PL"/>
        </w:rPr>
        <w:t>n</w:t>
      </w:r>
      <w:r w:rsidRPr="2CA07ADA" w:rsidR="009F7BB7">
        <w:rPr>
          <w:sz w:val="18"/>
          <w:szCs w:val="18"/>
          <w:lang w:val="pl-PL"/>
        </w:rPr>
        <w:t>ie ma potrzeby ponownego załączania dokumentów, jeżeli wniosek był składany w</w:t>
      </w:r>
      <w:r w:rsidRPr="2CA07ADA" w:rsidR="7A518165">
        <w:rPr>
          <w:sz w:val="18"/>
          <w:szCs w:val="18"/>
          <w:lang w:val="pl-PL"/>
        </w:rPr>
        <w:t xml:space="preserve"> I naborze za rok 2025</w:t>
      </w:r>
      <w:r w:rsidRPr="2CA07ADA" w:rsidR="009F7BB7">
        <w:rPr>
          <w:sz w:val="18"/>
          <w:szCs w:val="18"/>
          <w:lang w:val="pl-PL"/>
        </w:rPr>
        <w:t xml:space="preserve"> i stan prawny oraz faktyczny nie uległ zmianie</w:t>
      </w:r>
    </w:p>
    <w:p w:rsidRPr="005122DB" w:rsidR="00120951" w:rsidP="00AF5EB1" w:rsidRDefault="006C5782" w14:paraId="5CD38C1B" w14:textId="32D1BBB7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Dołacz</w:t>
      </w:r>
      <w:proofErr w:type="spellEnd"/>
      <w:r w:rsidRPr="005122DB" w:rsidR="00F55678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F55678">
        <w:rPr>
          <w:rFonts w:ascii="Aptos" w:hAnsi="Aptos" w:cstheme="majorHAnsi"/>
          <w:sz w:val="24"/>
          <w:szCs w:val="24"/>
        </w:rPr>
        <w:t>p</w:t>
      </w:r>
      <w:r w:rsidRPr="005122DB">
        <w:rPr>
          <w:rFonts w:ascii="Aptos" w:hAnsi="Aptos" w:cstheme="majorHAnsi"/>
          <w:sz w:val="24"/>
          <w:szCs w:val="24"/>
        </w:rPr>
        <w:t>ełnomocnictwo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dla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Sotis Advisors </w:t>
      </w:r>
    </w:p>
    <w:p w:rsidRPr="005C3C5F" w:rsidR="00F96B52" w:rsidP="2CA07ADA" w:rsidRDefault="006C5782" w14:paraId="7462DCC0" w14:textId="36E46D4A">
      <w:pPr>
        <w:ind w:left="-284"/>
        <w:rPr>
          <w:i w:val="1"/>
          <w:iCs w:val="1"/>
          <w:sz w:val="18"/>
          <w:szCs w:val="18"/>
          <w:lang w:val="pl-PL"/>
        </w:rPr>
      </w:pPr>
      <w:r w:rsidRPr="2CA07ADA" w:rsidR="006C5782">
        <w:rPr>
          <w:rFonts w:ascii="Aptos" w:hAnsi="Aptos" w:cs="Segoe UI Symbol"/>
          <w:sz w:val="24"/>
          <w:szCs w:val="24"/>
          <w:lang w:val="pl-PL"/>
        </w:rPr>
        <w:t>☐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 xml:space="preserve"> </w:t>
      </w:r>
      <w:r w:rsidRPr="2CA07ADA" w:rsidR="00F55678">
        <w:rPr>
          <w:rFonts w:ascii="Aptos" w:hAnsi="Aptos" w:cs="Calibri" w:cstheme="majorAscii"/>
          <w:sz w:val="24"/>
          <w:szCs w:val="24"/>
          <w:lang w:val="pl-PL"/>
        </w:rPr>
        <w:t>Dołącz p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>ełnomocnictwo dla</w:t>
      </w:r>
      <w:r w:rsidRPr="2CA07ADA" w:rsidR="006C5782">
        <w:rPr>
          <w:rFonts w:ascii="Aptos" w:hAnsi="Aptos" w:cs="Calibri" w:cstheme="majorAscii"/>
          <w:sz w:val="24"/>
          <w:szCs w:val="24"/>
          <w:lang w:val="pl-PL"/>
        </w:rPr>
        <w:t xml:space="preserve"> MIR – PIB</w:t>
      </w:r>
      <w:r w:rsidRPr="2CA07ADA" w:rsidR="00F07703">
        <w:rPr>
          <w:rFonts w:ascii="Aptos" w:hAnsi="Aptos" w:cs="Calibri" w:cstheme="majorAscii"/>
          <w:sz w:val="24"/>
          <w:szCs w:val="24"/>
          <w:lang w:val="pl-PL"/>
        </w:rPr>
        <w:t xml:space="preserve"> -</w:t>
      </w:r>
      <w:r w:rsidRPr="2CA07ADA" w:rsidR="00F07703">
        <w:rPr>
          <w:rFonts w:ascii="Aptos" w:hAnsi="Aptos" w:cs="Calibri" w:cstheme="majorAscii"/>
          <w:sz w:val="24"/>
          <w:szCs w:val="24"/>
          <w:lang w:val="pl-PL"/>
        </w:rPr>
        <w:t xml:space="preserve"> </w:t>
      </w:r>
      <w:r w:rsidRPr="2CA07ADA" w:rsidR="00F96B52">
        <w:rPr>
          <w:rFonts w:ascii="Calibri" w:hAnsi="Calibri" w:cs="Calibri" w:asciiTheme="majorAscii" w:hAnsiTheme="majorAscii" w:cstheme="majorAscii"/>
          <w:sz w:val="18"/>
          <w:szCs w:val="18"/>
          <w:lang w:val="pl-PL"/>
        </w:rPr>
        <w:t>n</w:t>
      </w:r>
      <w:r w:rsidRPr="2CA07ADA" w:rsidR="00F96B52">
        <w:rPr>
          <w:rFonts w:ascii="Calibri" w:hAnsi="Calibri" w:cs="Calibri" w:asciiTheme="majorAscii" w:hAnsiTheme="majorAscii" w:cstheme="majorAscii"/>
          <w:sz w:val="18"/>
          <w:szCs w:val="18"/>
          <w:lang w:val="pl-PL"/>
        </w:rPr>
        <w:t xml:space="preserve">ie ma potrzeby ponownego udzielania pełnomocnictwa, jeżeli wniosek dotyczący statku był składany </w:t>
      </w:r>
      <w:r w:rsidRPr="2CA07ADA" w:rsidR="0D437129">
        <w:rPr>
          <w:rFonts w:ascii="Calibri" w:hAnsi="Calibri" w:cs="Calibri" w:asciiTheme="majorAscii" w:hAnsiTheme="majorAscii" w:cstheme="majorAscii"/>
          <w:sz w:val="18"/>
          <w:szCs w:val="18"/>
          <w:lang w:val="pl-PL"/>
        </w:rPr>
        <w:t>w I naborze za rok 2025</w:t>
      </w:r>
      <w:r w:rsidRPr="2CA07ADA" w:rsidR="00F96B52">
        <w:rPr>
          <w:rFonts w:ascii="Calibri" w:hAnsi="Calibri" w:cs="Calibri" w:asciiTheme="majorAscii" w:hAnsiTheme="majorAscii" w:cstheme="majorAscii"/>
          <w:sz w:val="18"/>
          <w:szCs w:val="18"/>
          <w:lang w:val="pl-PL"/>
        </w:rPr>
        <w:t xml:space="preserve"> i zakres umocowania nie uległ zmianie</w:t>
      </w:r>
    </w:p>
    <w:p w:rsidRPr="00102E98" w:rsidR="00120951" w:rsidP="00AF5EB1" w:rsidRDefault="006C5782" w14:paraId="7AA421F8" w14:textId="77777777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  <w:lang w:val="pl-PL"/>
        </w:rPr>
      </w:pPr>
      <w:r w:rsidRPr="00102E98">
        <w:rPr>
          <w:rFonts w:ascii="Aptos" w:hAnsi="Aptos" w:cs="Segoe UI Symbol"/>
          <w:sz w:val="24"/>
          <w:szCs w:val="24"/>
          <w:lang w:val="pl-PL"/>
        </w:rPr>
        <w:t>☐</w:t>
      </w:r>
      <w:r w:rsidRPr="00102E98">
        <w:rPr>
          <w:rFonts w:ascii="Aptos" w:hAnsi="Aptos" w:cstheme="majorHAnsi"/>
          <w:sz w:val="24"/>
          <w:szCs w:val="24"/>
          <w:lang w:val="pl-PL"/>
        </w:rPr>
        <w:t xml:space="preserve"> Lista armatorów (jeśli jest więcej niż jeden)</w:t>
      </w:r>
    </w:p>
    <w:p w:rsidR="00120951" w:rsidP="00AF5EB1" w:rsidRDefault="006C5782" w14:paraId="05B8182A" w14:textId="77777777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Pełnomocnictwo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do </w:t>
      </w:r>
      <w:proofErr w:type="spellStart"/>
      <w:r w:rsidRPr="005122DB">
        <w:rPr>
          <w:rFonts w:ascii="Aptos" w:hAnsi="Aptos" w:cstheme="majorHAnsi"/>
          <w:sz w:val="24"/>
          <w:szCs w:val="24"/>
        </w:rPr>
        <w:t>reprezentowania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armatora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(</w:t>
      </w:r>
      <w:proofErr w:type="spellStart"/>
      <w:r w:rsidRPr="005122DB">
        <w:rPr>
          <w:rFonts w:ascii="Aptos" w:hAnsi="Aptos" w:cstheme="majorHAnsi"/>
          <w:sz w:val="24"/>
          <w:szCs w:val="24"/>
        </w:rPr>
        <w:t>opcjonalne</w:t>
      </w:r>
      <w:proofErr w:type="spellEnd"/>
      <w:r w:rsidRPr="005122DB">
        <w:rPr>
          <w:rFonts w:ascii="Aptos" w:hAnsi="Aptos" w:cstheme="majorHAnsi"/>
          <w:sz w:val="24"/>
          <w:szCs w:val="24"/>
        </w:rPr>
        <w:t>)</w:t>
      </w:r>
    </w:p>
    <w:p w:rsidRPr="005122DB" w:rsidR="00AD29C4" w:rsidP="00AF5EB1" w:rsidRDefault="00AD29C4" w14:paraId="753122B3" w14:textId="5604BCCA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>
        <w:rPr>
          <w:rFonts w:ascii="Aptos" w:hAnsi="Aptos" w:cstheme="majorHAnsi"/>
          <w:sz w:val="24"/>
          <w:szCs w:val="24"/>
          <w:lang w:val="pl-PL"/>
        </w:rPr>
        <w:t xml:space="preserve">UWAGA: </w:t>
      </w:r>
      <w:r w:rsidRPr="005122DB">
        <w:rPr>
          <w:rFonts w:ascii="Aptos" w:hAnsi="Aptos" w:cstheme="majorHAnsi"/>
          <w:sz w:val="24"/>
          <w:szCs w:val="24"/>
          <w:lang w:val="pl-PL"/>
        </w:rPr>
        <w:t>Brak</w:t>
      </w:r>
      <w:r>
        <w:rPr>
          <w:rFonts w:ascii="Aptos" w:hAnsi="Aptos" w:cstheme="majorHAnsi"/>
          <w:sz w:val="24"/>
          <w:szCs w:val="24"/>
          <w:lang w:val="pl-PL"/>
        </w:rPr>
        <w:t xml:space="preserve">i w dokumentach spowodują wydłużenie w rozpatrywaniu lub </w:t>
      </w:r>
      <w:r w:rsidRPr="005122DB">
        <w:rPr>
          <w:rFonts w:ascii="Aptos" w:hAnsi="Aptos" w:cstheme="majorHAnsi"/>
          <w:sz w:val="24"/>
          <w:szCs w:val="24"/>
          <w:lang w:val="pl-PL"/>
        </w:rPr>
        <w:t>odrzucenie wniosku</w:t>
      </w:r>
      <w:r w:rsidR="00741408">
        <w:rPr>
          <w:rFonts w:ascii="Aptos" w:hAnsi="Aptos" w:cstheme="majorHAnsi"/>
          <w:sz w:val="24"/>
          <w:szCs w:val="24"/>
          <w:lang w:val="pl-PL"/>
        </w:rPr>
        <w:t>.</w:t>
      </w:r>
    </w:p>
    <w:p w:rsidRPr="005122DB" w:rsidR="00F55678" w:rsidP="00AF5EB1" w:rsidRDefault="006C5782" w14:paraId="1CD4B4DC" w14:textId="7777777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5.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Oświadczenia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i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zgody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r w:rsidRPr="00AD29C4">
        <w:rPr>
          <w:rFonts w:ascii="Aptos" w:hAnsi="Aptos" w:cstheme="majorHAnsi"/>
          <w:b w:val="0"/>
          <w:color w:val="auto"/>
          <w:sz w:val="24"/>
          <w:szCs w:val="24"/>
        </w:rPr>
        <w:t>(</w:t>
      </w:r>
      <w:proofErr w:type="spellStart"/>
      <w:r w:rsidRPr="00AD29C4">
        <w:rPr>
          <w:rFonts w:ascii="Aptos" w:hAnsi="Aptos" w:cstheme="majorHAnsi"/>
          <w:b w:val="0"/>
          <w:color w:val="auto"/>
          <w:sz w:val="24"/>
          <w:szCs w:val="24"/>
        </w:rPr>
        <w:t>zaznacz</w:t>
      </w:r>
      <w:proofErr w:type="spellEnd"/>
      <w:r w:rsidRPr="00AD29C4">
        <w:rPr>
          <w:rFonts w:ascii="Aptos" w:hAnsi="Aptos" w:cstheme="majorHAnsi"/>
          <w:b w:val="0"/>
          <w:color w:val="auto"/>
          <w:sz w:val="24"/>
          <w:szCs w:val="24"/>
        </w:rPr>
        <w:t xml:space="preserve"> X we </w:t>
      </w:r>
      <w:proofErr w:type="spellStart"/>
      <w:r w:rsidRPr="00AD29C4">
        <w:rPr>
          <w:rFonts w:ascii="Aptos" w:hAnsi="Aptos" w:cstheme="majorHAnsi"/>
          <w:b w:val="0"/>
          <w:color w:val="auto"/>
          <w:sz w:val="24"/>
          <w:szCs w:val="24"/>
        </w:rPr>
        <w:t>wniosku</w:t>
      </w:r>
      <w:proofErr w:type="spellEnd"/>
      <w:r w:rsidRPr="00AD29C4">
        <w:rPr>
          <w:rFonts w:ascii="Aptos" w:hAnsi="Aptos" w:cstheme="majorHAnsi"/>
          <w:b w:val="0"/>
          <w:color w:val="auto"/>
          <w:sz w:val="24"/>
          <w:szCs w:val="24"/>
        </w:rPr>
        <w:t>)</w:t>
      </w:r>
    </w:p>
    <w:p w:rsidRPr="005122DB" w:rsidR="00F55678" w:rsidP="00AF5EB1" w:rsidRDefault="006C5782" w14:paraId="63B32D06" w14:textId="7C8F6DE0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</w:pPr>
      <w:r w:rsidRPr="005122DB">
        <w:rPr>
          <w:rFonts w:ascii="Aptos" w:hAnsi="Aptos" w:cs="Segoe UI Symbol"/>
          <w:b w:val="0"/>
          <w:color w:val="auto"/>
          <w:sz w:val="24"/>
          <w:szCs w:val="24"/>
        </w:rPr>
        <w:t>☐</w:t>
      </w:r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r w:rsidRPr="005122DB" w:rsid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Zaznacz, że statek prowadził połowy w odpowiednich kwadratach </w:t>
      </w:r>
      <w:r w:rsidR="0074140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rybackich </w:t>
      </w:r>
      <w:r w:rsidRPr="005122DB" w:rsid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lub </w:t>
      </w:r>
      <w:r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że </w:t>
      </w:r>
      <w:r w:rsidRPr="005122DB" w:rsid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bazuje w porcie narażenia</w:t>
      </w:r>
    </w:p>
    <w:p w:rsidRPr="00F55678" w:rsidR="00F55678" w:rsidP="00AF5EB1" w:rsidRDefault="00F55678" w14:paraId="65BEB7C8" w14:textId="2ABFC919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color w:val="auto"/>
          <w:sz w:val="24"/>
          <w:szCs w:val="24"/>
        </w:rPr>
      </w:pPr>
      <w:r w:rsidRPr="005122DB">
        <w:rPr>
          <w:rFonts w:ascii="Aptos" w:hAnsi="Aptos" w:cs="Segoe UI Symbol"/>
          <w:b w:val="0"/>
          <w:color w:val="auto"/>
          <w:sz w:val="24"/>
          <w:szCs w:val="24"/>
        </w:rPr>
        <w:t>☐</w:t>
      </w:r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r w:rsidRPr="00F55678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Wyraź zgodę na przetwarzanie danych osobowych i kontakt</w:t>
      </w:r>
    </w:p>
    <w:p w:rsidR="00AD29C4" w:rsidP="00AF5EB1" w:rsidRDefault="006C5782" w14:paraId="5DAD948F" w14:textId="7777777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6.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Podpisy</w:t>
      </w:r>
      <w:proofErr w:type="spellEnd"/>
      <w:r w:rsidRPr="005122DB" w:rsidR="00E07D7B">
        <w:rPr>
          <w:rFonts w:ascii="Aptos" w:hAnsi="Aptos" w:cstheme="majorHAnsi"/>
          <w:color w:val="auto"/>
          <w:sz w:val="24"/>
          <w:szCs w:val="24"/>
        </w:rPr>
        <w:t xml:space="preserve"> </w:t>
      </w:r>
    </w:p>
    <w:p w:rsidRPr="001D35F9" w:rsidR="00622039" w:rsidP="00AF5EB1" w:rsidRDefault="006C5782" w14:paraId="6350F93E" w14:textId="0C8B9E2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  <w:lang w:val="pl-PL"/>
        </w:rPr>
      </w:pPr>
      <w:r w:rsidRPr="001D35F9">
        <w:rPr>
          <w:rFonts w:ascii="Aptos" w:hAnsi="Aptos" w:cs="Segoe UI Symbol"/>
          <w:b w:val="0"/>
          <w:color w:val="auto"/>
          <w:sz w:val="24"/>
          <w:szCs w:val="24"/>
          <w:lang w:val="pl-PL"/>
        </w:rPr>
        <w:t>☐</w:t>
      </w:r>
      <w:r w:rsidRPr="001D35F9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 xml:space="preserve"> </w:t>
      </w:r>
      <w:r w:rsidRPr="004B537B" w:rsidR="00622039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Podpisz</w:t>
      </w:r>
      <w:r w:rsidR="001D35F9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 (czytelnie)</w:t>
      </w:r>
      <w:r w:rsidRPr="004B537B" w:rsidR="00622039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 wniosek i wszystkie wymagane dokumenty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 (pełnomocnictwa i oświadczenia)</w:t>
      </w:r>
    </w:p>
    <w:p w:rsidRPr="00AD29C4" w:rsidR="00120951" w:rsidP="00AF5EB1" w:rsidRDefault="006C5782" w14:paraId="7AD28DA9" w14:textId="0A2E2FA2">
      <w:pPr>
        <w:ind w:left="-284"/>
        <w:jc w:val="both"/>
        <w:rPr>
          <w:rFonts w:ascii="Aptos" w:hAnsi="Aptos"/>
          <w:sz w:val="24"/>
          <w:szCs w:val="24"/>
        </w:rPr>
      </w:pPr>
      <w:r w:rsidRPr="00AD29C4">
        <w:rPr>
          <w:rFonts w:ascii="Aptos" w:hAnsi="Aptos" w:cs="Segoe UI Symbol"/>
          <w:sz w:val="24"/>
          <w:szCs w:val="24"/>
        </w:rPr>
        <w:t>☐</w:t>
      </w:r>
      <w:r w:rsidRPr="00AD29C4">
        <w:rPr>
          <w:rFonts w:ascii="Aptos" w:hAnsi="Aptos"/>
          <w:sz w:val="24"/>
          <w:szCs w:val="24"/>
        </w:rPr>
        <w:t xml:space="preserve"> </w:t>
      </w:r>
      <w:proofErr w:type="spellStart"/>
      <w:r w:rsidRPr="00AD29C4">
        <w:rPr>
          <w:rFonts w:ascii="Aptos" w:hAnsi="Aptos"/>
          <w:sz w:val="24"/>
          <w:szCs w:val="24"/>
        </w:rPr>
        <w:t>Każdy</w:t>
      </w:r>
      <w:proofErr w:type="spellEnd"/>
      <w:r w:rsidRPr="00AD29C4">
        <w:rPr>
          <w:rFonts w:ascii="Aptos" w:hAnsi="Aptos"/>
          <w:sz w:val="24"/>
          <w:szCs w:val="24"/>
        </w:rPr>
        <w:t xml:space="preserve"> </w:t>
      </w:r>
      <w:proofErr w:type="spellStart"/>
      <w:r w:rsidRPr="00AD29C4">
        <w:rPr>
          <w:rFonts w:ascii="Aptos" w:hAnsi="Aptos"/>
          <w:sz w:val="24"/>
          <w:szCs w:val="24"/>
        </w:rPr>
        <w:t>współarmator</w:t>
      </w:r>
      <w:proofErr w:type="spellEnd"/>
      <w:r w:rsidRPr="00AD29C4">
        <w:rPr>
          <w:rFonts w:ascii="Aptos" w:hAnsi="Aptos"/>
          <w:sz w:val="24"/>
          <w:szCs w:val="24"/>
        </w:rPr>
        <w:t xml:space="preserve"> </w:t>
      </w:r>
      <w:proofErr w:type="spellStart"/>
      <w:r w:rsidRPr="00AD29C4" w:rsidR="00622039">
        <w:rPr>
          <w:rFonts w:ascii="Aptos" w:hAnsi="Aptos"/>
          <w:sz w:val="24"/>
          <w:szCs w:val="24"/>
        </w:rPr>
        <w:t>musi</w:t>
      </w:r>
      <w:proofErr w:type="spellEnd"/>
      <w:r w:rsidRPr="00AD29C4" w:rsidR="00622039">
        <w:rPr>
          <w:rFonts w:ascii="Aptos" w:hAnsi="Aptos"/>
          <w:sz w:val="24"/>
          <w:szCs w:val="24"/>
        </w:rPr>
        <w:t xml:space="preserve"> </w:t>
      </w:r>
      <w:proofErr w:type="spellStart"/>
      <w:r w:rsidRPr="00AD29C4" w:rsidR="00622039">
        <w:rPr>
          <w:rFonts w:ascii="Aptos" w:hAnsi="Aptos"/>
          <w:sz w:val="24"/>
          <w:szCs w:val="24"/>
        </w:rPr>
        <w:t>popodisać</w:t>
      </w:r>
      <w:proofErr w:type="spellEnd"/>
      <w:r w:rsidRPr="00AD29C4" w:rsidR="00622039">
        <w:rPr>
          <w:rFonts w:ascii="Aptos" w:hAnsi="Aptos"/>
          <w:sz w:val="24"/>
          <w:szCs w:val="24"/>
        </w:rPr>
        <w:t xml:space="preserve"> </w:t>
      </w:r>
      <w:proofErr w:type="spellStart"/>
      <w:r w:rsidRPr="00AD29C4" w:rsidR="00E07D7B">
        <w:rPr>
          <w:rFonts w:ascii="Aptos" w:hAnsi="Aptos"/>
          <w:sz w:val="24"/>
          <w:szCs w:val="24"/>
        </w:rPr>
        <w:t>dokumenty</w:t>
      </w:r>
      <w:proofErr w:type="spellEnd"/>
      <w:r w:rsidRPr="00AD29C4" w:rsidR="00626CB4">
        <w:rPr>
          <w:rFonts w:ascii="Aptos" w:hAnsi="Aptos"/>
          <w:sz w:val="24"/>
          <w:szCs w:val="24"/>
        </w:rPr>
        <w:t xml:space="preserve"> (</w:t>
      </w:r>
      <w:proofErr w:type="spellStart"/>
      <w:r w:rsidRPr="00AD29C4">
        <w:rPr>
          <w:rFonts w:ascii="Aptos" w:hAnsi="Aptos"/>
          <w:sz w:val="24"/>
          <w:szCs w:val="24"/>
        </w:rPr>
        <w:t>jeśli</w:t>
      </w:r>
      <w:proofErr w:type="spellEnd"/>
      <w:r w:rsidRPr="00AD29C4">
        <w:rPr>
          <w:rFonts w:ascii="Aptos" w:hAnsi="Aptos"/>
          <w:sz w:val="24"/>
          <w:szCs w:val="24"/>
        </w:rPr>
        <w:t xml:space="preserve"> </w:t>
      </w:r>
      <w:proofErr w:type="spellStart"/>
      <w:r w:rsidRPr="00AD29C4">
        <w:rPr>
          <w:rFonts w:ascii="Aptos" w:hAnsi="Aptos"/>
          <w:sz w:val="24"/>
          <w:szCs w:val="24"/>
        </w:rPr>
        <w:t>dotyczy</w:t>
      </w:r>
      <w:proofErr w:type="spellEnd"/>
      <w:r w:rsidRPr="00AD29C4" w:rsidR="00626CB4">
        <w:rPr>
          <w:rFonts w:ascii="Aptos" w:hAnsi="Aptos"/>
          <w:sz w:val="24"/>
          <w:szCs w:val="24"/>
        </w:rPr>
        <w:t>)</w:t>
      </w:r>
    </w:p>
    <w:p w:rsidRPr="005122DB" w:rsidR="00120951" w:rsidP="00AF5EB1" w:rsidRDefault="006C5782" w14:paraId="7A9173A4" w14:textId="55EA66B6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lastRenderedPageBreak/>
        <w:t xml:space="preserve">Krok 7. </w:t>
      </w:r>
      <w:proofErr w:type="spellStart"/>
      <w:r w:rsidRPr="005122DB" w:rsidR="00E07D7B">
        <w:rPr>
          <w:rFonts w:ascii="Aptos" w:hAnsi="Aptos" w:cstheme="majorHAnsi"/>
          <w:color w:val="auto"/>
          <w:sz w:val="24"/>
          <w:szCs w:val="24"/>
        </w:rPr>
        <w:t>Złożenie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wniosku</w:t>
      </w:r>
      <w:proofErr w:type="spellEnd"/>
    </w:p>
    <w:p w:rsidR="00AD29C4" w:rsidP="00AF5EB1" w:rsidRDefault="006C5782" w14:paraId="1D7D36F9" w14:textId="77777777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r w:rsidRPr="005122DB">
        <w:rPr>
          <w:rFonts w:ascii="Aptos" w:hAnsi="Aptos" w:cs="Segoe UI Symbol"/>
          <w:sz w:val="24"/>
          <w:szCs w:val="24"/>
        </w:rPr>
        <w:t>☐</w:t>
      </w:r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622039">
        <w:rPr>
          <w:rFonts w:ascii="Aptos" w:hAnsi="Aptos" w:cstheme="majorHAnsi"/>
          <w:sz w:val="24"/>
          <w:szCs w:val="24"/>
        </w:rPr>
        <w:t>Wyślij</w:t>
      </w:r>
      <w:proofErr w:type="spellEnd"/>
      <w:r w:rsidRPr="005122DB" w:rsidR="00622039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622039">
        <w:rPr>
          <w:rFonts w:ascii="Aptos" w:hAnsi="Aptos" w:cstheme="majorHAnsi"/>
          <w:sz w:val="24"/>
          <w:szCs w:val="24"/>
        </w:rPr>
        <w:t>skan</w:t>
      </w:r>
      <w:proofErr w:type="spellEnd"/>
      <w:r w:rsidRPr="005122DB" w:rsidR="00622039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622039">
        <w:rPr>
          <w:rFonts w:ascii="Aptos" w:hAnsi="Aptos" w:cstheme="majorHAnsi"/>
          <w:sz w:val="24"/>
          <w:szCs w:val="24"/>
        </w:rPr>
        <w:t>wniosku</w:t>
      </w:r>
      <w:proofErr w:type="spellEnd"/>
      <w:r w:rsidRPr="005122DB" w:rsidR="00622039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622039">
        <w:rPr>
          <w:rFonts w:ascii="Aptos" w:hAnsi="Aptos" w:cstheme="majorHAnsi"/>
          <w:sz w:val="24"/>
          <w:szCs w:val="24"/>
        </w:rPr>
        <w:t>na</w:t>
      </w:r>
      <w:proofErr w:type="spellEnd"/>
      <w:r w:rsidRPr="005122DB" w:rsidR="00622039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622039">
        <w:rPr>
          <w:rFonts w:ascii="Aptos" w:hAnsi="Aptos" w:cstheme="majorHAnsi"/>
          <w:sz w:val="24"/>
          <w:szCs w:val="24"/>
        </w:rPr>
        <w:t>adres</w:t>
      </w:r>
      <w:proofErr w:type="spellEnd"/>
      <w:r w:rsidRPr="005122DB" w:rsidR="00622039">
        <w:rPr>
          <w:rFonts w:ascii="Aptos" w:hAnsi="Aptos" w:cstheme="majorHAnsi"/>
          <w:sz w:val="24"/>
          <w:szCs w:val="24"/>
        </w:rPr>
        <w:t xml:space="preserve"> e-mail</w:t>
      </w:r>
      <w:r w:rsidRPr="005122DB">
        <w:rPr>
          <w:rFonts w:ascii="Aptos" w:hAnsi="Aptos" w:cstheme="majorHAnsi"/>
          <w:sz w:val="24"/>
          <w:szCs w:val="24"/>
        </w:rPr>
        <w:t xml:space="preserve">: </w:t>
      </w:r>
      <w:hyperlink w:history="1" r:id="rId12">
        <w:r w:rsidRPr="005122DB" w:rsidR="00E07D7B">
          <w:rPr>
            <w:rStyle w:val="Hipercze"/>
            <w:rFonts w:ascii="Aptos" w:hAnsi="Aptos" w:cstheme="majorHAnsi"/>
            <w:color w:val="auto"/>
            <w:sz w:val="24"/>
            <w:szCs w:val="24"/>
          </w:rPr>
          <w:t>rekompensaty@baltyk123.pl</w:t>
        </w:r>
      </w:hyperlink>
      <w:r w:rsidRPr="005122DB" w:rsidR="00E07D7B">
        <w:rPr>
          <w:rFonts w:ascii="Aptos" w:hAnsi="Aptos" w:cstheme="majorHAnsi"/>
          <w:sz w:val="24"/>
          <w:szCs w:val="24"/>
        </w:rPr>
        <w:t xml:space="preserve"> </w:t>
      </w:r>
    </w:p>
    <w:p w:rsidRPr="00F01E83" w:rsidR="00AD29C4" w:rsidP="00AF5EB1" w:rsidRDefault="00E07D7B" w14:paraId="7AC28E38" w14:textId="382B672F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  <w:lang w:val="pl-PL"/>
        </w:rPr>
      </w:pPr>
      <w:proofErr w:type="spellStart"/>
      <w:r w:rsidRPr="005122DB">
        <w:rPr>
          <w:rFonts w:ascii="Aptos" w:hAnsi="Aptos" w:cstheme="majorHAnsi"/>
          <w:sz w:val="24"/>
          <w:szCs w:val="24"/>
        </w:rPr>
        <w:t>lub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listem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poleconym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/ </w:t>
      </w:r>
      <w:proofErr w:type="spellStart"/>
      <w:r w:rsidRPr="005122DB">
        <w:rPr>
          <w:rFonts w:ascii="Aptos" w:hAnsi="Aptos" w:cstheme="majorHAnsi"/>
          <w:sz w:val="24"/>
          <w:szCs w:val="24"/>
        </w:rPr>
        <w:t>kurierem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na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sz w:val="24"/>
          <w:szCs w:val="24"/>
        </w:rPr>
        <w:t>adres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: Sotis Advisors sp. z </w:t>
      </w:r>
      <w:proofErr w:type="spellStart"/>
      <w:r w:rsidRPr="005122DB">
        <w:rPr>
          <w:rFonts w:ascii="Aptos" w:hAnsi="Aptos" w:cstheme="majorHAnsi"/>
          <w:sz w:val="24"/>
          <w:szCs w:val="24"/>
        </w:rPr>
        <w:t>o.o.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, ul. </w:t>
      </w:r>
      <w:r w:rsidRPr="00F01E83">
        <w:rPr>
          <w:rFonts w:ascii="Aptos" w:hAnsi="Aptos" w:cstheme="majorHAnsi"/>
          <w:sz w:val="24"/>
          <w:szCs w:val="24"/>
          <w:lang w:val="pl-PL"/>
        </w:rPr>
        <w:t>Dąbrowszczaków 5, 03-476 Warszaw z dopiskiem „Przejściowy mechanizm rekompensat MFW B2/B3</w:t>
      </w:r>
      <w:r w:rsidR="0052528B">
        <w:rPr>
          <w:rFonts w:ascii="Aptos" w:hAnsi="Aptos" w:cstheme="majorHAnsi"/>
          <w:sz w:val="24"/>
          <w:szCs w:val="24"/>
          <w:lang w:val="pl-PL"/>
        </w:rPr>
        <w:t xml:space="preserve"> za 2026</w:t>
      </w:r>
      <w:r w:rsidRPr="00F01E83" w:rsidR="00626CB4">
        <w:rPr>
          <w:rFonts w:ascii="Aptos" w:hAnsi="Aptos" w:cstheme="majorHAnsi"/>
          <w:sz w:val="24"/>
          <w:szCs w:val="24"/>
          <w:lang w:val="pl-PL"/>
        </w:rPr>
        <w:t>”</w:t>
      </w:r>
      <w:r w:rsidRPr="00F01E83" w:rsidR="00622039">
        <w:rPr>
          <w:rFonts w:ascii="Aptos" w:hAnsi="Aptos" w:cstheme="majorHAnsi"/>
          <w:sz w:val="24"/>
          <w:szCs w:val="24"/>
          <w:lang w:val="pl-PL"/>
        </w:rPr>
        <w:t xml:space="preserve"> </w:t>
      </w:r>
    </w:p>
    <w:p w:rsidR="00E07D7B" w:rsidP="00AF5EB1" w:rsidRDefault="00622039" w14:paraId="7BA1FC8D" w14:textId="6D29E1A6">
      <w:pPr>
        <w:spacing w:after="0" w:line="360" w:lineRule="auto"/>
        <w:ind w:left="-284"/>
        <w:jc w:val="both"/>
        <w:rPr>
          <w:rFonts w:ascii="Aptos" w:hAnsi="Aptos" w:cstheme="majorHAnsi"/>
          <w:sz w:val="24"/>
          <w:szCs w:val="24"/>
        </w:rPr>
      </w:pPr>
      <w:proofErr w:type="spellStart"/>
      <w:r w:rsidRPr="005122DB">
        <w:rPr>
          <w:rFonts w:ascii="Aptos" w:hAnsi="Aptos" w:cstheme="majorHAnsi"/>
          <w:sz w:val="24"/>
          <w:szCs w:val="24"/>
        </w:rPr>
        <w:t>lub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E07D7B">
        <w:rPr>
          <w:rFonts w:ascii="Aptos" w:hAnsi="Aptos" w:cstheme="majorHAnsi"/>
          <w:sz w:val="24"/>
          <w:szCs w:val="24"/>
        </w:rPr>
        <w:t>złoż</w:t>
      </w:r>
      <w:proofErr w:type="spellEnd"/>
      <w:r w:rsidRPr="005122DB">
        <w:rPr>
          <w:rFonts w:ascii="Aptos" w:hAnsi="Aptos" w:cstheme="majorHAnsi"/>
          <w:sz w:val="24"/>
          <w:szCs w:val="24"/>
        </w:rPr>
        <w:t xml:space="preserve"> go </w:t>
      </w:r>
      <w:proofErr w:type="spellStart"/>
      <w:r w:rsidRPr="005122DB">
        <w:rPr>
          <w:rFonts w:ascii="Aptos" w:hAnsi="Aptos" w:cstheme="majorHAnsi"/>
          <w:sz w:val="24"/>
          <w:szCs w:val="24"/>
        </w:rPr>
        <w:t>osobiście</w:t>
      </w:r>
      <w:proofErr w:type="spellEnd"/>
      <w:r w:rsidRPr="005122DB" w:rsidR="00E07D7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E07D7B">
        <w:rPr>
          <w:rFonts w:ascii="Aptos" w:hAnsi="Aptos" w:cstheme="majorHAnsi"/>
          <w:sz w:val="24"/>
          <w:szCs w:val="24"/>
        </w:rPr>
        <w:t>na</w:t>
      </w:r>
      <w:proofErr w:type="spellEnd"/>
      <w:r w:rsidRPr="005122DB" w:rsidR="00E07D7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E07D7B">
        <w:rPr>
          <w:rFonts w:ascii="Aptos" w:hAnsi="Aptos" w:cstheme="majorHAnsi"/>
          <w:sz w:val="24"/>
          <w:szCs w:val="24"/>
        </w:rPr>
        <w:t>spotkaniu</w:t>
      </w:r>
      <w:proofErr w:type="spellEnd"/>
      <w:r w:rsidRPr="005122DB" w:rsidR="00E07D7B">
        <w:rPr>
          <w:rFonts w:ascii="Aptos" w:hAnsi="Aptos" w:cstheme="majorHAnsi"/>
          <w:sz w:val="24"/>
          <w:szCs w:val="24"/>
        </w:rPr>
        <w:t xml:space="preserve"> </w:t>
      </w:r>
      <w:proofErr w:type="spellStart"/>
      <w:r w:rsidRPr="005122DB" w:rsidR="00E07D7B">
        <w:rPr>
          <w:rFonts w:ascii="Aptos" w:hAnsi="Aptos" w:cstheme="majorHAnsi"/>
          <w:sz w:val="24"/>
          <w:szCs w:val="24"/>
        </w:rPr>
        <w:t>informacyjnym</w:t>
      </w:r>
      <w:proofErr w:type="spellEnd"/>
    </w:p>
    <w:p w:rsidRPr="00980BAF" w:rsidR="00F94D77" w:rsidP="6DDD43C6" w:rsidRDefault="00980BAF" w14:paraId="35D7B676" w14:textId="4DA9C11B">
      <w:pPr>
        <w:spacing w:after="0"/>
        <w:ind w:left="-284"/>
        <w:jc w:val="both"/>
        <w:rPr>
          <w:rFonts w:ascii="Aptos" w:hAnsi="Aptos" w:cs="Calibri" w:cstheme="majorAscii"/>
          <w:sz w:val="20"/>
          <w:szCs w:val="20"/>
        </w:rPr>
      </w:pPr>
      <w:r w:rsidRPr="6DDD43C6" w:rsidR="0298F986">
        <w:rPr>
          <w:rFonts w:ascii="Aptos" w:hAnsi="Aptos" w:cs="Calibri" w:cstheme="majorAscii"/>
          <w:sz w:val="24"/>
          <w:szCs w:val="24"/>
        </w:rPr>
        <w:t xml:space="preserve">UWAGA: </w:t>
      </w:r>
      <w:r w:rsidRPr="6DDD43C6" w:rsidR="7CA680D6">
        <w:rPr>
          <w:rFonts w:ascii="Aptos" w:hAnsi="Aptos" w:cs="Calibri" w:cstheme="majorAscii"/>
          <w:sz w:val="24"/>
          <w:szCs w:val="24"/>
          <w:lang w:val="pl-PL"/>
        </w:rPr>
        <w:t>s</w:t>
      </w:r>
      <w:r w:rsidRPr="6DDD43C6" w:rsidR="0298F986">
        <w:rPr>
          <w:rFonts w:ascii="Aptos" w:hAnsi="Aptos" w:cs="Calibri" w:cstheme="majorAscii"/>
          <w:sz w:val="24"/>
          <w:szCs w:val="24"/>
          <w:lang w:val="pl-PL"/>
        </w:rPr>
        <w:t xml:space="preserve">kany dokumentów powinny być w formacie PDF o rozdzielczości co najmniej </w:t>
      </w:r>
      <w:r w:rsidRPr="6DDD43C6" w:rsidR="204B279E">
        <w:rPr>
          <w:rFonts w:ascii="Aptos" w:hAnsi="Aptos" w:cs="Calibri" w:cstheme="majorAscii"/>
          <w:sz w:val="24"/>
          <w:szCs w:val="24"/>
          <w:lang w:val="pl-PL"/>
        </w:rPr>
        <w:t>150</w:t>
      </w:r>
      <w:r w:rsidRPr="6DDD43C6" w:rsidR="0298F986">
        <w:rPr>
          <w:rFonts w:ascii="Aptos" w:hAnsi="Aptos" w:cs="Calibri" w:cstheme="majorAscii"/>
          <w:sz w:val="24"/>
          <w:szCs w:val="24"/>
          <w:lang w:val="pl-PL"/>
        </w:rPr>
        <w:t xml:space="preserve"> DPI</w:t>
      </w:r>
      <w:r w:rsidRPr="6DDD43C6" w:rsidR="7CA680D6">
        <w:rPr>
          <w:rFonts w:ascii="Aptos" w:hAnsi="Aptos" w:cs="Calibri" w:cstheme="majorAscii"/>
          <w:sz w:val="24"/>
          <w:szCs w:val="24"/>
          <w:lang w:val="pl-PL"/>
        </w:rPr>
        <w:t xml:space="preserve">. </w:t>
      </w:r>
      <w:r>
        <w:br/>
      </w:r>
    </w:p>
    <w:p w:rsidRPr="005122DB" w:rsidR="005122DB" w:rsidP="00AF5EB1" w:rsidRDefault="006C5782" w14:paraId="1E61F193" w14:textId="77777777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color w:val="auto"/>
          <w:sz w:val="24"/>
          <w:szCs w:val="24"/>
        </w:rPr>
      </w:pPr>
      <w:r w:rsidRPr="005122DB">
        <w:rPr>
          <w:rFonts w:ascii="Aptos" w:hAnsi="Aptos" w:cstheme="majorHAnsi"/>
          <w:color w:val="auto"/>
          <w:sz w:val="24"/>
          <w:szCs w:val="24"/>
        </w:rPr>
        <w:t xml:space="preserve">Krok 8. Po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złożeniu</w:t>
      </w:r>
      <w:proofErr w:type="spellEnd"/>
      <w:r w:rsidRPr="005122DB">
        <w:rPr>
          <w:rFonts w:ascii="Aptos" w:hAnsi="Aptos" w:cstheme="majorHAnsi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color w:val="auto"/>
          <w:sz w:val="24"/>
          <w:szCs w:val="24"/>
        </w:rPr>
        <w:t>wniosku</w:t>
      </w:r>
      <w:proofErr w:type="spellEnd"/>
    </w:p>
    <w:p w:rsidRPr="005122DB" w:rsidR="005122DB" w:rsidP="00AF5EB1" w:rsidRDefault="006C5782" w14:paraId="3485FAC7" w14:textId="0EAE3F45">
      <w:pPr>
        <w:pStyle w:val="Nagwek2"/>
        <w:spacing w:before="0"/>
        <w:ind w:left="-284"/>
        <w:jc w:val="both"/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</w:pPr>
      <w:r w:rsidRPr="005122DB">
        <w:rPr>
          <w:rFonts w:ascii="Aptos" w:hAnsi="Aptos" w:cs="Segoe UI Symbol"/>
          <w:b w:val="0"/>
          <w:color w:val="auto"/>
          <w:sz w:val="24"/>
          <w:szCs w:val="24"/>
        </w:rPr>
        <w:t>☐</w:t>
      </w:r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Otrzymasz potwierdzenie od </w:t>
      </w:r>
      <w:r w:rsidR="0052528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D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oradcy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. N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astąpi weryfikacja uprawnień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. J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eśli kryteria kwalifikacyjn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e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 zostaną spełnione 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- 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otrzymasz 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informacje oraz </w:t>
      </w:r>
      <w:r w:rsidRPr="005122DB" w:rsid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projekt porozumie</w:t>
      </w:r>
      <w:r w:rsidR="0052528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ń</w:t>
      </w:r>
      <w:r w:rsidR="00AD29C4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 xml:space="preserve"> do podpisu</w:t>
      </w:r>
      <w:r w:rsidR="00980BAF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.</w:t>
      </w:r>
    </w:p>
    <w:p w:rsidRPr="005122DB" w:rsidR="005122DB" w:rsidP="00AF5EB1" w:rsidRDefault="005122DB" w14:paraId="1F8CE809" w14:textId="0DBCED12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</w:pPr>
      <w:r w:rsidRPr="0052528B">
        <w:rPr>
          <w:rFonts w:ascii="Aptos" w:hAnsi="Aptos" w:cs="Segoe UI Symbol"/>
          <w:b w:val="0"/>
          <w:color w:val="auto"/>
          <w:sz w:val="24"/>
          <w:szCs w:val="24"/>
          <w:lang w:val="pl-PL"/>
        </w:rPr>
        <w:t>☐</w:t>
      </w:r>
      <w:r w:rsidRPr="0052528B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 xml:space="preserve"> </w:t>
      </w:r>
      <w:r w:rsidRPr="0052528B" w:rsidR="0012785E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>Po obustronnym podpisaniu porozumie</w:t>
      </w:r>
      <w:r w:rsidRPr="0052528B" w:rsidR="0052528B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>ń</w:t>
      </w:r>
      <w:r w:rsidRPr="0052528B" w:rsidR="0012785E">
        <w:rPr>
          <w:rFonts w:ascii="Aptos" w:hAnsi="Aptos" w:cstheme="majorHAnsi"/>
          <w:b w:val="0"/>
          <w:color w:val="auto"/>
          <w:sz w:val="24"/>
          <w:szCs w:val="24"/>
          <w:lang w:val="pl-PL"/>
        </w:rPr>
        <w:t xml:space="preserve"> w</w:t>
      </w:r>
      <w:r w:rsidRPr="005122D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ystawisz faktur</w:t>
      </w:r>
      <w:r w:rsidR="0052528B">
        <w:rPr>
          <w:rFonts w:ascii="Aptos" w:hAnsi="Aptos" w:cstheme="majorHAnsi"/>
          <w:b w:val="0"/>
          <w:bCs w:val="0"/>
          <w:color w:val="auto"/>
          <w:sz w:val="24"/>
          <w:szCs w:val="24"/>
          <w:lang w:val="pl-PL"/>
        </w:rPr>
        <w:t>y</w:t>
      </w:r>
    </w:p>
    <w:p w:rsidR="00120951" w:rsidP="00AF5EB1" w:rsidRDefault="005122DB" w14:paraId="68AAD767" w14:textId="53AF04E2">
      <w:pPr>
        <w:pStyle w:val="Nagwek2"/>
        <w:spacing w:before="0" w:line="360" w:lineRule="auto"/>
        <w:ind w:left="-284"/>
        <w:jc w:val="both"/>
        <w:rPr>
          <w:rFonts w:ascii="Aptos" w:hAnsi="Aptos" w:cstheme="majorHAnsi"/>
          <w:b w:val="0"/>
          <w:color w:val="auto"/>
          <w:sz w:val="24"/>
          <w:szCs w:val="24"/>
        </w:rPr>
      </w:pPr>
      <w:r w:rsidRPr="005122DB">
        <w:rPr>
          <w:rFonts w:ascii="Aptos" w:hAnsi="Aptos" w:cs="Segoe UI Symbol"/>
          <w:b w:val="0"/>
          <w:color w:val="auto"/>
          <w:sz w:val="24"/>
          <w:szCs w:val="24"/>
        </w:rPr>
        <w:t>☐</w:t>
      </w:r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>Rekompensata</w:t>
      </w:r>
      <w:proofErr w:type="spellEnd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>wpły</w:t>
      </w:r>
      <w:r w:rsidRPr="005122DB" w:rsidR="00B433B2">
        <w:rPr>
          <w:rFonts w:ascii="Aptos" w:hAnsi="Aptos" w:cstheme="majorHAnsi"/>
          <w:b w:val="0"/>
          <w:color w:val="auto"/>
          <w:sz w:val="24"/>
          <w:szCs w:val="24"/>
        </w:rPr>
        <w:t>nie</w:t>
      </w:r>
      <w:proofErr w:type="spellEnd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>na</w:t>
      </w:r>
      <w:proofErr w:type="spellEnd"/>
      <w:r w:rsidRPr="005122DB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="00980BAF">
        <w:rPr>
          <w:rFonts w:ascii="Aptos" w:hAnsi="Aptos" w:cstheme="majorHAnsi"/>
          <w:b w:val="0"/>
          <w:color w:val="auto"/>
          <w:sz w:val="24"/>
          <w:szCs w:val="24"/>
        </w:rPr>
        <w:t>wskazany</w:t>
      </w:r>
      <w:proofErr w:type="spellEnd"/>
      <w:r w:rsidR="00980BAF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="00980BAF">
        <w:rPr>
          <w:rFonts w:ascii="Aptos" w:hAnsi="Aptos" w:cstheme="majorHAnsi"/>
          <w:b w:val="0"/>
          <w:color w:val="auto"/>
          <w:sz w:val="24"/>
          <w:szCs w:val="24"/>
        </w:rPr>
        <w:t>rachunek</w:t>
      </w:r>
      <w:proofErr w:type="spellEnd"/>
      <w:r w:rsidR="00980BAF">
        <w:rPr>
          <w:rFonts w:ascii="Aptos" w:hAnsi="Aptos" w:cstheme="majorHAnsi"/>
          <w:b w:val="0"/>
          <w:color w:val="auto"/>
          <w:sz w:val="24"/>
          <w:szCs w:val="24"/>
        </w:rPr>
        <w:t xml:space="preserve"> </w:t>
      </w:r>
      <w:proofErr w:type="spellStart"/>
      <w:r w:rsidR="00980BAF">
        <w:rPr>
          <w:rFonts w:ascii="Aptos" w:hAnsi="Aptos" w:cstheme="majorHAnsi"/>
          <w:b w:val="0"/>
          <w:color w:val="auto"/>
          <w:sz w:val="24"/>
          <w:szCs w:val="24"/>
        </w:rPr>
        <w:t>bankowy</w:t>
      </w:r>
      <w:proofErr w:type="spellEnd"/>
    </w:p>
    <w:p w:rsidRPr="00AD29C4" w:rsidR="00741408" w:rsidP="5A2C8158" w:rsidRDefault="00741408" w14:paraId="734276E1" w14:textId="0B92143B">
      <w:pPr>
        <w:spacing w:after="0"/>
        <w:ind w:left="-284"/>
        <w:jc w:val="both"/>
        <w:rPr>
          <w:rFonts w:ascii="Aptos" w:hAnsi="Aptos" w:cs="Calibri" w:cstheme="majorAscii"/>
          <w:sz w:val="24"/>
          <w:szCs w:val="24"/>
          <w:lang w:val="pl-PL"/>
        </w:rPr>
      </w:pP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>UWAGA: w</w:t>
      </w: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 xml:space="preserve"> ramach </w:t>
      </w:r>
      <w:r w:rsidRPr="5A2C8158" w:rsidR="3082F24F">
        <w:rPr>
          <w:rFonts w:ascii="Aptos" w:hAnsi="Aptos" w:cs="Calibri" w:cstheme="majorAscii"/>
          <w:sz w:val="24"/>
          <w:szCs w:val="24"/>
          <w:lang w:val="pl-PL"/>
        </w:rPr>
        <w:t>naboru za rok 2026</w:t>
      </w: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 xml:space="preserve"> w</w:t>
      </w: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 xml:space="preserve">niosek należy złożyć do końca </w:t>
      </w:r>
      <w:r w:rsidRPr="5A2C8158" w:rsidR="00660D1C">
        <w:rPr>
          <w:rFonts w:ascii="Aptos" w:hAnsi="Aptos" w:cs="Calibri" w:cstheme="majorAscii"/>
          <w:sz w:val="24"/>
          <w:szCs w:val="24"/>
          <w:lang w:val="pl-PL"/>
        </w:rPr>
        <w:t>września</w:t>
      </w: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 xml:space="preserve"> 202</w:t>
      </w:r>
      <w:r w:rsidRPr="5A2C8158" w:rsidR="00660D1C">
        <w:rPr>
          <w:rFonts w:ascii="Aptos" w:hAnsi="Aptos" w:cs="Calibri" w:cstheme="majorAscii"/>
          <w:sz w:val="24"/>
          <w:szCs w:val="24"/>
          <w:lang w:val="pl-PL"/>
        </w:rPr>
        <w:t>6</w:t>
      </w:r>
      <w:r w:rsidRPr="5A2C8158" w:rsidR="00741408">
        <w:rPr>
          <w:rFonts w:ascii="Aptos" w:hAnsi="Aptos" w:cs="Calibri" w:cstheme="majorAscii"/>
          <w:sz w:val="24"/>
          <w:szCs w:val="24"/>
          <w:lang w:val="pl-PL"/>
        </w:rPr>
        <w:t xml:space="preserve"> r. </w:t>
      </w:r>
    </w:p>
    <w:p w:rsidRPr="0052528B" w:rsidR="00741408" w:rsidP="00AF5EB1" w:rsidRDefault="00741408" w14:paraId="364E41E3" w14:textId="77777777">
      <w:pPr>
        <w:jc w:val="both"/>
        <w:rPr>
          <w:lang w:val="pl-PL"/>
        </w:rPr>
      </w:pPr>
    </w:p>
    <w:sectPr w:rsidRPr="0052528B" w:rsidR="00741408" w:rsidSect="00741408">
      <w:footerReference w:type="default" r:id="rId13"/>
      <w:pgSz w:w="12240" w:h="15840" w:orient="portrait"/>
      <w:pgMar w:top="1134" w:right="900" w:bottom="144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131F8" w:rsidP="00741408" w:rsidRDefault="009131F8" w14:paraId="5F7FE976" w14:textId="77777777">
      <w:pPr>
        <w:spacing w:after="0" w:line="240" w:lineRule="auto"/>
      </w:pPr>
      <w:r>
        <w:separator/>
      </w:r>
    </w:p>
  </w:endnote>
  <w:endnote w:type="continuationSeparator" w:id="0">
    <w:p w:rsidR="009131F8" w:rsidP="00741408" w:rsidRDefault="009131F8" w14:paraId="434BF79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1299181"/>
      <w:docPartObj>
        <w:docPartGallery w:val="Page Numbers (Bottom of Page)"/>
        <w:docPartUnique/>
      </w:docPartObj>
    </w:sdtPr>
    <w:sdtEndPr>
      <w:rPr>
        <w:rFonts w:ascii="Aptos" w:hAnsi="Aptos"/>
        <w:sz w:val="20"/>
        <w:szCs w:val="20"/>
      </w:rPr>
    </w:sdtEndPr>
    <w:sdtContent>
      <w:p w:rsidRPr="00741408" w:rsidR="00741408" w:rsidRDefault="00741408" w14:paraId="0A50A73D" w14:textId="013060BA">
        <w:pPr>
          <w:pStyle w:val="Stopka"/>
          <w:jc w:val="center"/>
          <w:rPr>
            <w:rFonts w:ascii="Aptos" w:hAnsi="Aptos"/>
            <w:sz w:val="20"/>
            <w:szCs w:val="20"/>
          </w:rPr>
        </w:pPr>
        <w:r w:rsidRPr="00741408">
          <w:rPr>
            <w:rFonts w:ascii="Aptos" w:hAnsi="Aptos"/>
            <w:sz w:val="20"/>
            <w:szCs w:val="20"/>
          </w:rPr>
          <w:fldChar w:fldCharType="begin"/>
        </w:r>
        <w:r w:rsidRPr="00741408">
          <w:rPr>
            <w:rFonts w:ascii="Aptos" w:hAnsi="Aptos"/>
            <w:sz w:val="20"/>
            <w:szCs w:val="20"/>
          </w:rPr>
          <w:instrText>PAGE   \* MERGEFORMAT</w:instrText>
        </w:r>
        <w:r w:rsidRPr="00741408">
          <w:rPr>
            <w:rFonts w:ascii="Aptos" w:hAnsi="Aptos"/>
            <w:sz w:val="20"/>
            <w:szCs w:val="20"/>
          </w:rPr>
          <w:fldChar w:fldCharType="separate"/>
        </w:r>
        <w:r w:rsidRPr="00741408">
          <w:rPr>
            <w:rFonts w:ascii="Aptos" w:hAnsi="Aptos"/>
            <w:sz w:val="20"/>
            <w:szCs w:val="20"/>
            <w:lang w:val="pl-PL"/>
          </w:rPr>
          <w:t>2</w:t>
        </w:r>
        <w:r w:rsidRPr="00741408">
          <w:rPr>
            <w:rFonts w:ascii="Aptos" w:hAnsi="Aptos"/>
            <w:sz w:val="20"/>
            <w:szCs w:val="20"/>
          </w:rPr>
          <w:fldChar w:fldCharType="end"/>
        </w:r>
      </w:p>
    </w:sdtContent>
  </w:sdt>
  <w:p w:rsidR="00741408" w:rsidRDefault="00741408" w14:paraId="26F46CCD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131F8" w:rsidP="00741408" w:rsidRDefault="009131F8" w14:paraId="2749E06B" w14:textId="77777777">
      <w:pPr>
        <w:spacing w:after="0" w:line="240" w:lineRule="auto"/>
      </w:pPr>
      <w:r>
        <w:separator/>
      </w:r>
    </w:p>
  </w:footnote>
  <w:footnote w:type="continuationSeparator" w:id="0">
    <w:p w:rsidR="009131F8" w:rsidP="00741408" w:rsidRDefault="009131F8" w14:paraId="41AFDBFF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9" w15:restartNumberingAfterBreak="0">
    <w:nsid w:val="12185477"/>
    <w:multiLevelType w:val="multilevel"/>
    <w:tmpl w:val="4B4AE1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18F235F0"/>
    <w:multiLevelType w:val="multilevel"/>
    <w:tmpl w:val="E0B629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1CB464FF"/>
    <w:multiLevelType w:val="multilevel"/>
    <w:tmpl w:val="96969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0B1749"/>
    <w:multiLevelType w:val="multilevel"/>
    <w:tmpl w:val="065C3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305E41"/>
    <w:multiLevelType w:val="multilevel"/>
    <w:tmpl w:val="6944C7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2F767434"/>
    <w:multiLevelType w:val="multilevel"/>
    <w:tmpl w:val="8B7A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4878C1"/>
    <w:multiLevelType w:val="hybridMultilevel"/>
    <w:tmpl w:val="9CFE4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CA5C7E"/>
    <w:multiLevelType w:val="multilevel"/>
    <w:tmpl w:val="3CC0F9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728192177">
    <w:abstractNumId w:val="8"/>
  </w:num>
  <w:num w:numId="2" w16cid:durableId="838352250">
    <w:abstractNumId w:val="6"/>
  </w:num>
  <w:num w:numId="3" w16cid:durableId="1606383702">
    <w:abstractNumId w:val="5"/>
  </w:num>
  <w:num w:numId="4" w16cid:durableId="1371150003">
    <w:abstractNumId w:val="4"/>
  </w:num>
  <w:num w:numId="5" w16cid:durableId="1349872845">
    <w:abstractNumId w:val="7"/>
  </w:num>
  <w:num w:numId="6" w16cid:durableId="282856689">
    <w:abstractNumId w:val="3"/>
  </w:num>
  <w:num w:numId="7" w16cid:durableId="1553467745">
    <w:abstractNumId w:val="2"/>
  </w:num>
  <w:num w:numId="8" w16cid:durableId="325863929">
    <w:abstractNumId w:val="1"/>
  </w:num>
  <w:num w:numId="9" w16cid:durableId="2146311985">
    <w:abstractNumId w:val="0"/>
  </w:num>
  <w:num w:numId="10" w16cid:durableId="2101218543">
    <w:abstractNumId w:val="15"/>
  </w:num>
  <w:num w:numId="11" w16cid:durableId="2022930238">
    <w:abstractNumId w:val="10"/>
  </w:num>
  <w:num w:numId="12" w16cid:durableId="141166970">
    <w:abstractNumId w:val="16"/>
  </w:num>
  <w:num w:numId="13" w16cid:durableId="1284193447">
    <w:abstractNumId w:val="13"/>
  </w:num>
  <w:num w:numId="14" w16cid:durableId="572275222">
    <w:abstractNumId w:val="12"/>
  </w:num>
  <w:num w:numId="15" w16cid:durableId="1821264477">
    <w:abstractNumId w:val="9"/>
  </w:num>
  <w:num w:numId="16" w16cid:durableId="947735385">
    <w:abstractNumId w:val="14"/>
  </w:num>
  <w:num w:numId="17" w16cid:durableId="11012220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116C"/>
    <w:rsid w:val="000C5789"/>
    <w:rsid w:val="00102E98"/>
    <w:rsid w:val="00120951"/>
    <w:rsid w:val="0012785E"/>
    <w:rsid w:val="0015074B"/>
    <w:rsid w:val="001D35F9"/>
    <w:rsid w:val="00241A95"/>
    <w:rsid w:val="0029639D"/>
    <w:rsid w:val="00323C82"/>
    <w:rsid w:val="00326F90"/>
    <w:rsid w:val="003C3639"/>
    <w:rsid w:val="004A3F3C"/>
    <w:rsid w:val="004B537B"/>
    <w:rsid w:val="004C6B20"/>
    <w:rsid w:val="005122DB"/>
    <w:rsid w:val="0052528B"/>
    <w:rsid w:val="0058685E"/>
    <w:rsid w:val="00622039"/>
    <w:rsid w:val="00626CB4"/>
    <w:rsid w:val="00660D1C"/>
    <w:rsid w:val="006C5782"/>
    <w:rsid w:val="00741408"/>
    <w:rsid w:val="00817AC8"/>
    <w:rsid w:val="0084559E"/>
    <w:rsid w:val="008758DE"/>
    <w:rsid w:val="008B4EA7"/>
    <w:rsid w:val="008C3007"/>
    <w:rsid w:val="009131F8"/>
    <w:rsid w:val="00980BAF"/>
    <w:rsid w:val="009F7BB7"/>
    <w:rsid w:val="00A34E85"/>
    <w:rsid w:val="00AA1D8D"/>
    <w:rsid w:val="00AD1A91"/>
    <w:rsid w:val="00AD29C4"/>
    <w:rsid w:val="00AF5EB1"/>
    <w:rsid w:val="00B433B2"/>
    <w:rsid w:val="00B47730"/>
    <w:rsid w:val="00BF01A8"/>
    <w:rsid w:val="00CB0664"/>
    <w:rsid w:val="00D06356"/>
    <w:rsid w:val="00E07D7B"/>
    <w:rsid w:val="00E61E18"/>
    <w:rsid w:val="00E82DAA"/>
    <w:rsid w:val="00F01E83"/>
    <w:rsid w:val="00F07703"/>
    <w:rsid w:val="00F55678"/>
    <w:rsid w:val="00F622C7"/>
    <w:rsid w:val="00F94D77"/>
    <w:rsid w:val="00F96B52"/>
    <w:rsid w:val="00FC693F"/>
    <w:rsid w:val="00FD3F25"/>
    <w:rsid w:val="0298F986"/>
    <w:rsid w:val="0D437129"/>
    <w:rsid w:val="204B279E"/>
    <w:rsid w:val="2CA07ADA"/>
    <w:rsid w:val="3082F24F"/>
    <w:rsid w:val="5A2C8158"/>
    <w:rsid w:val="6DDD43C6"/>
    <w:rsid w:val="7A518165"/>
    <w:rsid w:val="7CA68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A0ECA6"/>
  <w14:defaultImageDpi w14:val="300"/>
  <w15:docId w15:val="{05F1FC35-391A-4D2E-AB97-B466A7DE7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styleId="Nagwek1Znak" w:customStyle="1">
    <w:name w:val="Nagłówek 1 Znak"/>
    <w:basedOn w:val="Domylnaczcionkaakapitu"/>
    <w:link w:val="Nagwek1"/>
    <w:uiPriority w:val="9"/>
    <w:rsid w:val="00FC693F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Nagwek2Znak" w:customStyle="1">
    <w:name w:val="Nagłówek 2 Znak"/>
    <w:basedOn w:val="Domylnaczcionkaakapitu"/>
    <w:link w:val="Nagwek2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Nagwek3Znak" w:customStyle="1">
    <w:name w:val="Nagłówek 3 Znak"/>
    <w:basedOn w:val="Domylnaczcionkaakapitu"/>
    <w:link w:val="Nagwek3"/>
    <w:uiPriority w:val="9"/>
    <w:rsid w:val="00FC693F"/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ytuZnak" w:customStyle="1">
    <w:name w:val="Tytuł Znak"/>
    <w:basedOn w:val="Domylnaczcionkaakapitu"/>
    <w:link w:val="Tytu"/>
    <w:uiPriority w:val="10"/>
    <w:rsid w:val="00FC693F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PodtytuZnak" w:customStyle="1">
    <w:name w:val="Podtytuł Znak"/>
    <w:basedOn w:val="Domylnaczcionkaakapitu"/>
    <w:link w:val="Podtytu"/>
    <w:uiPriority w:val="11"/>
    <w:rsid w:val="00FC693F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styleId="TekstpodstawowyZnak" w:customStyle="1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styleId="Tekstpodstawowy2Znak" w:customStyle="1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styleId="Tekstpodstawowy3Znak" w:customStyle="1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kstmakraZnak" w:customStyle="1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styleId="CytatZnak" w:customStyle="1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FC693F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FC693F"/>
    <w:rPr>
      <w:rFonts w:asciiTheme="majorHAnsi" w:hAnsiTheme="majorHAnsi" w:eastAsiaTheme="majorEastAsia" w:cstheme="majorBidi"/>
      <w:color w:val="243F60" w:themeColor="accent1" w:themeShade="7F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FC693F"/>
    <w:rPr>
      <w:rFonts w:asciiTheme="majorHAnsi" w:hAnsiTheme="majorHAnsi" w:eastAsiaTheme="majorEastAsia" w:cstheme="majorBidi"/>
      <w:i/>
      <w:iCs/>
      <w:color w:val="243F60" w:themeColor="accent1" w:themeShade="7F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FC693F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FC693F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themeTint="BF" w:sz="8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themeTint="BF" w:sz="6" w:space="0"/>
          <w:left w:val="single" w:color="B3CC82" w:themeColor="accent3" w:themeTint="BF" w:sz="8" w:space="0"/>
          <w:bottom w:val="single" w:color="B3CC82" w:themeColor="accent3" w:themeTint="BF" w:sz="8" w:space="0"/>
          <w:right w:val="single" w:color="B3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themeShade="99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themeShade="99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themeShade="99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themeShade="99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themeShade="99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themeShade="99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E07D7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07D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yperlink" Target="mailto:rekompensaty@baltyk123.pl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  <TaxCatchAll xmlns="5b4e24bb-367d-45dc-b637-097f3fb44482">
      <Value>4</Value>
      <Value>3</Value>
    </TaxCatchAl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39E8CF-6A37-4BA3-A481-4E42DB56A318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3329EA-CF19-42F0-9E60-FD220232E7E9}">
  <ds:schemaRefs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2006/metadata/properties"/>
    <ds:schemaRef ds:uri="41a7c78b-d417-4e7e-8426-d9ee2123d20f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5b4e24bb-367d-45dc-b637-097f3fb44482"/>
  </ds:schemaRefs>
</ds:datastoreItem>
</file>

<file path=customXml/itemProps4.xml><?xml version="1.0" encoding="utf-8"?>
<ds:datastoreItem xmlns:ds="http://schemas.openxmlformats.org/officeDocument/2006/customXml" ds:itemID="{77A451D2-EF80-4FF0-9126-B06F1565082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41D4CC8-10F1-40F0-B871-2BE0FB926FDB}"/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Manager/>
  <ap:Company/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Krzysztof Cieszkowski</cp:lastModifiedBy>
  <cp:revision>17</cp:revision>
  <dcterms:created xsi:type="dcterms:W3CDTF">2026-02-27T09:30:00Z</dcterms:created>
  <dcterms:modified xsi:type="dcterms:W3CDTF">2026-03-05T06:12:00Z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dm_docstatus">
    <vt:lpwstr/>
  </property>
  <property fmtid="{D5CDD505-2E9C-101B-9397-08002B2CF9AE}" pid="4" name="dm_projectname">
    <vt:lpwstr>4;#Bałtyk Portfolio|0f125083-7909-4adb-b150-7b9db9c2b4a0</vt:lpwstr>
  </property>
  <property fmtid="{D5CDD505-2E9C-101B-9397-08002B2CF9AE}" pid="5" name="dm_projectid">
    <vt:lpwstr>3;#pm735|7ddaf2da-1c24-4a19-8c3f-e0fa0cd4be4f</vt:lpwstr>
  </property>
</Properties>
</file>